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11780" w14:textId="62AFD7D0" w:rsidR="00F9063D" w:rsidRPr="00EC1210" w:rsidRDefault="008B1075" w:rsidP="000F63C3">
      <w:pPr>
        <w:spacing w:after="0" w:line="240" w:lineRule="auto"/>
        <w:jc w:val="center"/>
        <w:rPr>
          <w:rFonts w:ascii="Century Schoolbook" w:hAnsi="Century Schoolbook" w:cs="Microsoft Sans Serif"/>
          <w:b/>
          <w:noProof/>
          <w:sz w:val="28"/>
        </w:rPr>
      </w:pPr>
      <w:r>
        <w:rPr>
          <w:rFonts w:ascii="Century Schoolbook" w:hAnsi="Century Schoolbook" w:cs="Microsoft Sans Serif"/>
          <w:b/>
          <w:noProof/>
          <w:sz w:val="28"/>
        </w:rPr>
        <w:t>Judul Artikel</w:t>
      </w:r>
    </w:p>
    <w:p w14:paraId="240C941B" w14:textId="77777777" w:rsidR="00BE65E8" w:rsidRPr="00EC1210" w:rsidRDefault="00BE65E8" w:rsidP="000F63C3">
      <w:pPr>
        <w:spacing w:after="0" w:line="240" w:lineRule="auto"/>
        <w:jc w:val="center"/>
        <w:rPr>
          <w:rFonts w:ascii="Century Schoolbook" w:hAnsi="Century Schoolbook" w:cs="Microsoft Sans Serif"/>
          <w:b/>
          <w:noProof/>
          <w:sz w:val="28"/>
        </w:rPr>
      </w:pPr>
    </w:p>
    <w:p w14:paraId="3A03C3DA" w14:textId="5211F8F3" w:rsidR="00D52320" w:rsidRPr="00EC1210" w:rsidRDefault="008B1075" w:rsidP="000F63C3">
      <w:pPr>
        <w:spacing w:after="0" w:line="240" w:lineRule="auto"/>
        <w:jc w:val="center"/>
        <w:rPr>
          <w:rFonts w:ascii="Century Schoolbook" w:hAnsi="Century Schoolbook" w:cs="Microsoft Sans Serif"/>
          <w:noProof/>
          <w:sz w:val="22"/>
          <w:szCs w:val="22"/>
        </w:rPr>
      </w:pPr>
      <w:r>
        <w:rPr>
          <w:rFonts w:ascii="Century Schoolbook" w:hAnsi="Century Schoolbook" w:cs="Microsoft Sans Serif"/>
          <w:noProof/>
          <w:sz w:val="22"/>
          <w:szCs w:val="22"/>
        </w:rPr>
        <w:t>Nama Penulis</w:t>
      </w:r>
      <w:r w:rsidR="00C07479" w:rsidRPr="00EC1210">
        <w:rPr>
          <w:rFonts w:ascii="Century Schoolbook" w:hAnsi="Century Schoolbook" w:cs="Microsoft Sans Serif"/>
          <w:noProof/>
          <w:sz w:val="22"/>
          <w:szCs w:val="22"/>
          <w:lang w:val="id-ID"/>
        </w:rPr>
        <w:t xml:space="preserve">¹, </w:t>
      </w:r>
      <w:r>
        <w:rPr>
          <w:rFonts w:ascii="Century Schoolbook" w:hAnsi="Century Schoolbook" w:cs="Microsoft Sans Serif"/>
          <w:noProof/>
          <w:sz w:val="22"/>
          <w:szCs w:val="22"/>
        </w:rPr>
        <w:t>Nama Penulis</w:t>
      </w:r>
      <w:r w:rsidR="00C07479" w:rsidRPr="00EC1210">
        <w:rPr>
          <w:rFonts w:ascii="Century Schoolbook" w:hAnsi="Century Schoolbook" w:cs="Microsoft Sans Serif"/>
          <w:noProof/>
          <w:sz w:val="22"/>
          <w:szCs w:val="22"/>
          <w:lang w:val="id-ID"/>
        </w:rPr>
        <w:t>²</w:t>
      </w:r>
    </w:p>
    <w:p w14:paraId="257DE75F" w14:textId="60D53FBF" w:rsidR="00097420" w:rsidRPr="00EC1210" w:rsidRDefault="00EA496D" w:rsidP="000F63C3">
      <w:pPr>
        <w:spacing w:after="0" w:line="240" w:lineRule="auto"/>
        <w:jc w:val="center"/>
        <w:rPr>
          <w:rFonts w:ascii="Century Schoolbook" w:eastAsia="Times New Roman" w:hAnsi="Century Schoolbook" w:cs="Microsoft Sans Serif"/>
          <w:noProof/>
          <w:lang w:val="id-ID"/>
        </w:rPr>
      </w:pPr>
      <w:r>
        <w:rPr>
          <w:rFonts w:ascii="Century Schoolbook" w:hAnsi="Century Schoolbook" w:cs="Microsoft Sans Serif"/>
          <w:noProof/>
          <w:vertAlign w:val="superscript"/>
        </w:rPr>
        <w:t>12</w:t>
      </w:r>
      <w:r w:rsidR="008B1075">
        <w:rPr>
          <w:rFonts w:ascii="Century Schoolbook" w:eastAsia="Times New Roman" w:hAnsi="Century Schoolbook" w:cs="Microsoft Sans Serif"/>
          <w:noProof/>
          <w:lang w:val="id-ID"/>
        </w:rPr>
        <w:t>Progam Studi</w:t>
      </w:r>
      <w:r w:rsidR="00F9063D" w:rsidRPr="00EC1210">
        <w:rPr>
          <w:rFonts w:ascii="Century Schoolbook" w:eastAsia="Times New Roman" w:hAnsi="Century Schoolbook" w:cs="Microsoft Sans Serif"/>
          <w:noProof/>
          <w:lang w:val="id-ID"/>
        </w:rPr>
        <w:t xml:space="preserve">, </w:t>
      </w:r>
      <w:r w:rsidR="008B1075">
        <w:rPr>
          <w:rFonts w:ascii="Century Schoolbook" w:eastAsia="Times New Roman" w:hAnsi="Century Schoolbook" w:cs="Microsoft Sans Serif"/>
          <w:noProof/>
          <w:lang w:val="id-ID"/>
        </w:rPr>
        <w:t>Afilias</w:t>
      </w:r>
      <w:r w:rsidR="00FA5198">
        <w:rPr>
          <w:rFonts w:ascii="Century Schoolbook" w:eastAsia="Times New Roman" w:hAnsi="Century Schoolbook" w:cs="Microsoft Sans Serif"/>
          <w:noProof/>
          <w:lang w:val="id-ID"/>
        </w:rPr>
        <w:t>i</w:t>
      </w:r>
    </w:p>
    <w:p w14:paraId="450E4A6A" w14:textId="38F093B4" w:rsidR="00F9063D" w:rsidRPr="00FA5198" w:rsidRDefault="00097420" w:rsidP="000F63C3">
      <w:pPr>
        <w:spacing w:after="0" w:line="240" w:lineRule="auto"/>
        <w:jc w:val="center"/>
        <w:rPr>
          <w:rFonts w:ascii="Century Schoolbook" w:eastAsia="Times New Roman" w:hAnsi="Century Schoolbook" w:cs="Microsoft Sans Serif"/>
          <w:noProof/>
          <w:vertAlign w:val="superscript"/>
        </w:rPr>
      </w:pPr>
      <w:r w:rsidRPr="00EC1210">
        <w:rPr>
          <w:rFonts w:ascii="Century Schoolbook" w:eastAsia="Times New Roman" w:hAnsi="Century Schoolbook" w:cs="Microsoft Sans Serif"/>
          <w:noProof/>
        </w:rPr>
        <w:t>Email :</w:t>
      </w:r>
      <w:r w:rsidR="00FA5198">
        <w:rPr>
          <w:rFonts w:ascii="Century Schoolbook" w:eastAsia="Times New Roman" w:hAnsi="Century Schoolbook" w:cs="Microsoft Sans Serif"/>
          <w:noProof/>
        </w:rPr>
        <w:t xml:space="preserve"> email penulis </w:t>
      </w:r>
      <w:r w:rsidR="00FA5198">
        <w:rPr>
          <w:rFonts w:ascii="Century Schoolbook" w:eastAsia="Times New Roman" w:hAnsi="Century Schoolbook" w:cs="Microsoft Sans Serif"/>
          <w:noProof/>
          <w:vertAlign w:val="superscript"/>
        </w:rPr>
        <w:t>12</w:t>
      </w:r>
    </w:p>
    <w:p w14:paraId="6120CCEF" w14:textId="77777777" w:rsidR="00B56B78" w:rsidRPr="00EC1210" w:rsidRDefault="00B56B78" w:rsidP="00097420">
      <w:pPr>
        <w:spacing w:after="0" w:line="240" w:lineRule="auto"/>
        <w:jc w:val="center"/>
        <w:rPr>
          <w:rFonts w:ascii="Century Schoolbook" w:eastAsia="Times New Roman" w:hAnsi="Century Schoolbook" w:cs="Microsoft Sans Serif"/>
          <w:noProof/>
          <w:vertAlign w:val="superscript"/>
        </w:rPr>
      </w:pPr>
    </w:p>
    <w:p w14:paraId="6F71255F" w14:textId="6139AD72" w:rsidR="000B7B6F" w:rsidRPr="00EC1210" w:rsidRDefault="00B56B78" w:rsidP="00B56B78">
      <w:pPr>
        <w:pStyle w:val="Heading1"/>
        <w:spacing w:before="0"/>
        <w:jc w:val="center"/>
        <w:rPr>
          <w:rFonts w:ascii="Century Schoolbook" w:hAnsi="Century Schoolbook" w:cs="Microsoft Sans Serif"/>
          <w:noProof/>
          <w:color w:val="auto"/>
          <w:sz w:val="20"/>
          <w:szCs w:val="20"/>
          <w:lang w:val="id-ID"/>
        </w:rPr>
      </w:pPr>
      <w:r w:rsidRPr="008B1075">
        <w:rPr>
          <w:rFonts w:ascii="Century Schoolbook" w:hAnsi="Century Schoolbook" w:cs="Microsoft Sans Serif"/>
          <w:b/>
          <w:bCs/>
          <w:noProof/>
          <w:color w:val="auto"/>
          <w:sz w:val="20"/>
          <w:szCs w:val="20"/>
          <w:lang w:val="id-ID"/>
        </w:rPr>
        <w:t>ABSTRAK</w:t>
      </w:r>
      <w:r w:rsidR="008B1075">
        <w:rPr>
          <w:rFonts w:ascii="Century Schoolbook" w:hAnsi="Century Schoolbook" w:cs="Microsoft Sans Serif"/>
          <w:b/>
          <w:bCs/>
          <w:noProof/>
          <w:color w:val="auto"/>
          <w:sz w:val="20"/>
          <w:szCs w:val="20"/>
          <w:lang w:val="id-ID"/>
        </w:rPr>
        <w:t xml:space="preserve"> </w:t>
      </w:r>
      <w:r w:rsidR="008B1075" w:rsidRPr="008B1075">
        <w:rPr>
          <w:rFonts w:ascii="Microsoft Sans Serif" w:hAnsi="Microsoft Sans Serif" w:cs="Microsoft Sans Serif"/>
          <w:b/>
          <w:bCs/>
          <w:noProof/>
          <w:color w:val="000000" w:themeColor="text1"/>
          <w:sz w:val="24"/>
          <w:szCs w:val="24"/>
          <w:lang w:val="id-ID"/>
        </w:rPr>
        <w:t>(</w:t>
      </w:r>
      <w:r w:rsidR="008B1075" w:rsidRPr="008B1075">
        <w:rPr>
          <w:rFonts w:ascii="Century Schoolbook" w:hAnsi="Century Schoolbook" w:cs="Microsoft Sans Serif"/>
          <w:b/>
          <w:bCs/>
          <w:noProof/>
          <w:color w:val="000000" w:themeColor="text1"/>
          <w:sz w:val="20"/>
          <w:szCs w:val="20"/>
        </w:rPr>
        <w:t>Century Schoolbok</w:t>
      </w:r>
      <w:r w:rsidR="008B1075" w:rsidRPr="008B1075">
        <w:rPr>
          <w:rFonts w:ascii="Century Schoolbook" w:hAnsi="Century Schoolbook" w:cs="Microsoft Sans Serif"/>
          <w:b/>
          <w:bCs/>
          <w:noProof/>
          <w:color w:val="000000" w:themeColor="text1"/>
          <w:sz w:val="20"/>
          <w:szCs w:val="20"/>
        </w:rPr>
        <w:t xml:space="preserve"> Serif</w:t>
      </w:r>
      <w:r w:rsidR="008B1075" w:rsidRPr="008B1075">
        <w:rPr>
          <w:rFonts w:ascii="Century Schoolbook" w:hAnsi="Century Schoolbook" w:cs="Microsoft Sans Serif"/>
          <w:b/>
          <w:bCs/>
          <w:noProof/>
          <w:color w:val="000000" w:themeColor="text1"/>
          <w:sz w:val="20"/>
          <w:szCs w:val="20"/>
          <w:lang w:val="id-ID"/>
        </w:rPr>
        <w:t xml:space="preserve"> 1</w:t>
      </w:r>
      <w:r w:rsidR="008B1075" w:rsidRPr="008B1075">
        <w:rPr>
          <w:rFonts w:ascii="Century Schoolbook" w:hAnsi="Century Schoolbook" w:cs="Microsoft Sans Serif"/>
          <w:b/>
          <w:bCs/>
          <w:noProof/>
          <w:color w:val="000000" w:themeColor="text1"/>
          <w:sz w:val="20"/>
          <w:szCs w:val="20"/>
        </w:rPr>
        <w:t>0</w:t>
      </w:r>
      <w:r w:rsidR="008B1075" w:rsidRPr="008B1075">
        <w:rPr>
          <w:rFonts w:ascii="Century Schoolbook" w:hAnsi="Century Schoolbook" w:cs="Microsoft Sans Serif"/>
          <w:b/>
          <w:bCs/>
          <w:noProof/>
          <w:color w:val="000000" w:themeColor="text1"/>
          <w:sz w:val="20"/>
          <w:szCs w:val="20"/>
          <w:lang w:val="id-ID"/>
        </w:rPr>
        <w:t xml:space="preserve"> pt, Bold)</w:t>
      </w:r>
    </w:p>
    <w:p w14:paraId="56BB4678" w14:textId="22E971F6" w:rsidR="008B1075" w:rsidRPr="008B1075" w:rsidRDefault="008B1075" w:rsidP="008B1075">
      <w:pPr>
        <w:spacing w:after="0" w:line="240" w:lineRule="auto"/>
        <w:jc w:val="both"/>
        <w:rPr>
          <w:rFonts w:ascii="Century Schoolbook" w:hAnsi="Century Schoolbook" w:cs="Microsoft Sans Serif"/>
          <w:noProof/>
        </w:rPr>
      </w:pPr>
      <w:r w:rsidRPr="008B1075">
        <w:rPr>
          <w:rFonts w:ascii="Century Schoolbook" w:hAnsi="Century Schoolbook" w:cs="Microsoft Sans Serif"/>
          <w:noProof/>
        </w:rPr>
        <w:t>Tuliskan abstrak maksimal 2</w:t>
      </w:r>
      <w:r>
        <w:rPr>
          <w:rFonts w:ascii="Century Schoolbook" w:hAnsi="Century Schoolbook" w:cs="Microsoft Sans Serif"/>
          <w:noProof/>
        </w:rPr>
        <w:t>0</w:t>
      </w:r>
      <w:r w:rsidRPr="008B1075">
        <w:rPr>
          <w:rFonts w:ascii="Century Schoolbook" w:hAnsi="Century Schoolbook" w:cs="Microsoft Sans Serif"/>
          <w:noProof/>
        </w:rPr>
        <w:t>0 kata. Abstrak harus mencakup latar belakang, tujuan, metode, hasil utama, dan kesimpulan penelitian. Gunakan spasi tunggal dan huruf miring untuk istilah asing jika diperlukan.</w:t>
      </w:r>
    </w:p>
    <w:p w14:paraId="6D522D46" w14:textId="7173F70D" w:rsidR="008B1075" w:rsidRDefault="008B1075" w:rsidP="008B1075">
      <w:pPr>
        <w:spacing w:after="0" w:line="240" w:lineRule="auto"/>
        <w:jc w:val="both"/>
        <w:rPr>
          <w:rFonts w:ascii="Century Schoolbook" w:hAnsi="Century Schoolbook" w:cs="Microsoft Sans Serif"/>
          <w:noProof/>
        </w:rPr>
      </w:pPr>
      <w:r w:rsidRPr="008B1075">
        <w:rPr>
          <w:rFonts w:ascii="Century Schoolbook" w:hAnsi="Century Schoolbook" w:cs="Microsoft Sans Serif"/>
          <w:noProof/>
        </w:rPr>
        <w:t>Kata kunci: maksimal 5 kata kunci, dipisahkan dengan tanda koma</w:t>
      </w:r>
    </w:p>
    <w:p w14:paraId="6AD1BBC8" w14:textId="77777777" w:rsidR="008B1075" w:rsidRPr="00EC1210" w:rsidRDefault="008B1075" w:rsidP="008B1075">
      <w:pPr>
        <w:spacing w:after="0" w:line="240" w:lineRule="auto"/>
        <w:jc w:val="both"/>
        <w:rPr>
          <w:rFonts w:ascii="Century Schoolbook" w:hAnsi="Century Schoolbook" w:cs="Microsoft Sans Serif"/>
          <w:noProof/>
        </w:rPr>
      </w:pPr>
    </w:p>
    <w:p w14:paraId="61D2E070" w14:textId="55CC5882" w:rsidR="006E5BB4" w:rsidRPr="00EC1210" w:rsidRDefault="00B56B78" w:rsidP="00B56B78">
      <w:pPr>
        <w:spacing w:after="0" w:line="240" w:lineRule="auto"/>
        <w:jc w:val="center"/>
        <w:rPr>
          <w:rFonts w:ascii="Century Schoolbook" w:hAnsi="Century Schoolbook" w:cs="Microsoft Sans Serif"/>
          <w:b/>
          <w:bCs/>
          <w:noProof/>
        </w:rPr>
      </w:pPr>
      <w:r w:rsidRPr="00EC1210">
        <w:rPr>
          <w:rFonts w:ascii="Century Schoolbook" w:hAnsi="Century Schoolbook" w:cs="Microsoft Sans Serif"/>
          <w:b/>
          <w:bCs/>
          <w:noProof/>
          <w:lang w:val="id-ID"/>
        </w:rPr>
        <w:t>AB</w:t>
      </w:r>
      <w:r w:rsidRPr="00EC1210">
        <w:rPr>
          <w:rFonts w:ascii="Century Schoolbook" w:hAnsi="Century Schoolbook" w:cs="Microsoft Sans Serif"/>
          <w:b/>
          <w:bCs/>
          <w:noProof/>
        </w:rPr>
        <w:t>STRACT</w:t>
      </w:r>
      <w:r w:rsidR="008B1075">
        <w:rPr>
          <w:rFonts w:ascii="Century Schoolbook" w:hAnsi="Century Schoolbook" w:cs="Microsoft Sans Serif"/>
          <w:b/>
          <w:bCs/>
          <w:noProof/>
        </w:rPr>
        <w:t xml:space="preserve"> </w:t>
      </w:r>
      <w:r w:rsidR="008B1075" w:rsidRPr="008B1075">
        <w:rPr>
          <w:rFonts w:ascii="Microsoft Sans Serif" w:hAnsi="Microsoft Sans Serif" w:cs="Microsoft Sans Serif"/>
          <w:b/>
          <w:bCs/>
          <w:noProof/>
          <w:sz w:val="24"/>
          <w:szCs w:val="24"/>
          <w:lang w:val="id-ID"/>
        </w:rPr>
        <w:t>(</w:t>
      </w:r>
      <w:r w:rsidR="008B1075" w:rsidRPr="008B1075">
        <w:rPr>
          <w:rFonts w:ascii="Century Schoolbook" w:hAnsi="Century Schoolbook" w:cs="Microsoft Sans Serif"/>
          <w:b/>
          <w:bCs/>
          <w:noProof/>
        </w:rPr>
        <w:t>Century Schoolbok Serif</w:t>
      </w:r>
      <w:r w:rsidR="008B1075" w:rsidRPr="008B1075">
        <w:rPr>
          <w:rFonts w:ascii="Century Schoolbook" w:hAnsi="Century Schoolbook" w:cs="Microsoft Sans Serif"/>
          <w:b/>
          <w:bCs/>
          <w:noProof/>
          <w:lang w:val="id-ID"/>
        </w:rPr>
        <w:t xml:space="preserve"> 1</w:t>
      </w:r>
      <w:r w:rsidR="008B1075" w:rsidRPr="008B1075">
        <w:rPr>
          <w:rFonts w:ascii="Century Schoolbook" w:hAnsi="Century Schoolbook" w:cs="Microsoft Sans Serif"/>
          <w:b/>
          <w:bCs/>
          <w:noProof/>
        </w:rPr>
        <w:t>0</w:t>
      </w:r>
      <w:r w:rsidR="008B1075" w:rsidRPr="008B1075">
        <w:rPr>
          <w:rFonts w:ascii="Century Schoolbook" w:hAnsi="Century Schoolbook" w:cs="Microsoft Sans Serif"/>
          <w:b/>
          <w:bCs/>
          <w:noProof/>
          <w:lang w:val="id-ID"/>
        </w:rPr>
        <w:t xml:space="preserve"> pt, Bold)</w:t>
      </w:r>
    </w:p>
    <w:p w14:paraId="3A5444DC" w14:textId="77777777" w:rsidR="008B1075" w:rsidRPr="008B1075" w:rsidRDefault="008B1075" w:rsidP="008B1075">
      <w:pPr>
        <w:spacing w:after="0" w:line="240" w:lineRule="auto"/>
        <w:jc w:val="both"/>
        <w:rPr>
          <w:rFonts w:ascii="Century Schoolbook" w:hAnsi="Century Schoolbook" w:cs="Microsoft Sans Serif"/>
          <w:noProof/>
        </w:rPr>
      </w:pPr>
      <w:r w:rsidRPr="008B1075">
        <w:rPr>
          <w:rFonts w:ascii="Century Schoolbook" w:hAnsi="Century Schoolbook" w:cs="Microsoft Sans Serif"/>
          <w:noProof/>
        </w:rPr>
        <w:t>Write an abstract of no more than 200 words. The abstract must cover the background, objectives, methods, key results, and conclusions of the study. Use single spacing and italics for foreign terms where necessary.</w:t>
      </w:r>
    </w:p>
    <w:p w14:paraId="1D859592" w14:textId="4DE27CFE" w:rsidR="00A50F87" w:rsidRDefault="008B1075" w:rsidP="008B1075">
      <w:pPr>
        <w:spacing w:after="0" w:line="240" w:lineRule="auto"/>
        <w:jc w:val="both"/>
        <w:rPr>
          <w:rFonts w:ascii="Century Schoolbook" w:hAnsi="Century Schoolbook" w:cs="Microsoft Sans Serif"/>
          <w:noProof/>
        </w:rPr>
      </w:pPr>
      <w:r w:rsidRPr="008B1075">
        <w:rPr>
          <w:rFonts w:ascii="Century Schoolbook" w:hAnsi="Century Schoolbook" w:cs="Microsoft Sans Serif"/>
          <w:noProof/>
        </w:rPr>
        <w:t>Keywords: maximum of 5 keywords, separated by commas.</w:t>
      </w:r>
    </w:p>
    <w:p w14:paraId="6EBF24C5" w14:textId="77777777" w:rsidR="008B1075" w:rsidRPr="00EC1210" w:rsidRDefault="008B1075" w:rsidP="008B1075">
      <w:pPr>
        <w:spacing w:after="0" w:line="240" w:lineRule="auto"/>
        <w:jc w:val="both"/>
        <w:rPr>
          <w:rFonts w:ascii="Century Schoolbook" w:eastAsia="Times New Roman" w:hAnsi="Century Schoolbook" w:cs="Microsoft Sans Serif"/>
          <w:noProof/>
        </w:rPr>
      </w:pPr>
    </w:p>
    <w:p w14:paraId="1B001010" w14:textId="0262C7E6" w:rsidR="00D52320" w:rsidRPr="00EC1210" w:rsidRDefault="004149CE" w:rsidP="00A50F87">
      <w:pPr>
        <w:pStyle w:val="Heading1"/>
        <w:spacing w:before="0"/>
        <w:jc w:val="center"/>
        <w:rPr>
          <w:rFonts w:ascii="Century Schoolbook" w:hAnsi="Century Schoolbook" w:cs="Microsoft Sans Serif"/>
          <w:noProof/>
          <w:color w:val="auto"/>
          <w:sz w:val="20"/>
          <w:szCs w:val="20"/>
        </w:rPr>
      </w:pPr>
      <w:r w:rsidRPr="00EC1210">
        <w:rPr>
          <w:rFonts w:ascii="Century Schoolbook" w:hAnsi="Century Schoolbook" w:cs="Microsoft Sans Serif"/>
          <w:b/>
          <w:bCs/>
          <w:noProof/>
          <w:color w:val="auto"/>
          <w:sz w:val="20"/>
          <w:szCs w:val="20"/>
          <w:lang w:val="id-ID"/>
        </w:rPr>
        <w:t>PENDAHULUAN</w:t>
      </w:r>
      <w:r w:rsidR="008B1075">
        <w:rPr>
          <w:rFonts w:ascii="Century Schoolbook" w:hAnsi="Century Schoolbook" w:cs="Microsoft Sans Serif"/>
          <w:b/>
          <w:bCs/>
          <w:noProof/>
          <w:color w:val="auto"/>
          <w:sz w:val="20"/>
          <w:szCs w:val="20"/>
          <w:lang w:val="id-ID"/>
        </w:rPr>
        <w:t xml:space="preserve"> </w:t>
      </w:r>
      <w:r w:rsidR="008B1075" w:rsidRPr="008B1075">
        <w:rPr>
          <w:rFonts w:ascii="Century Schoolbook" w:hAnsi="Century Schoolbook" w:cs="Microsoft Sans Serif"/>
          <w:b/>
          <w:bCs/>
          <w:noProof/>
          <w:color w:val="000000" w:themeColor="text1"/>
          <w:sz w:val="20"/>
          <w:szCs w:val="20"/>
          <w:lang w:val="id-ID"/>
        </w:rPr>
        <w:t>(</w:t>
      </w:r>
      <w:r w:rsidR="008B1075" w:rsidRPr="008B1075">
        <w:rPr>
          <w:rFonts w:ascii="Century Schoolbook" w:hAnsi="Century Schoolbook" w:cs="Microsoft Sans Serif"/>
          <w:b/>
          <w:bCs/>
          <w:noProof/>
          <w:color w:val="000000" w:themeColor="text1"/>
          <w:sz w:val="20"/>
          <w:szCs w:val="20"/>
        </w:rPr>
        <w:t>Century Schoolbok Serif</w:t>
      </w:r>
      <w:r w:rsidR="008B1075" w:rsidRPr="008B1075">
        <w:rPr>
          <w:rFonts w:ascii="Century Schoolbook" w:hAnsi="Century Schoolbook" w:cs="Microsoft Sans Serif"/>
          <w:b/>
          <w:bCs/>
          <w:noProof/>
          <w:color w:val="000000" w:themeColor="text1"/>
          <w:sz w:val="20"/>
          <w:szCs w:val="20"/>
          <w:lang w:val="id-ID"/>
        </w:rPr>
        <w:t xml:space="preserve"> 1</w:t>
      </w:r>
      <w:r w:rsidR="008B1075" w:rsidRPr="008B1075">
        <w:rPr>
          <w:rFonts w:ascii="Century Schoolbook" w:hAnsi="Century Schoolbook" w:cs="Microsoft Sans Serif"/>
          <w:b/>
          <w:bCs/>
          <w:noProof/>
          <w:color w:val="000000" w:themeColor="text1"/>
          <w:sz w:val="20"/>
          <w:szCs w:val="20"/>
        </w:rPr>
        <w:t>0</w:t>
      </w:r>
      <w:r w:rsidR="008B1075" w:rsidRPr="008B1075">
        <w:rPr>
          <w:rFonts w:ascii="Century Schoolbook" w:hAnsi="Century Schoolbook" w:cs="Microsoft Sans Serif"/>
          <w:b/>
          <w:bCs/>
          <w:noProof/>
          <w:color w:val="000000" w:themeColor="text1"/>
          <w:sz w:val="20"/>
          <w:szCs w:val="20"/>
          <w:lang w:val="id-ID"/>
        </w:rPr>
        <w:t xml:space="preserve"> pt, Bold)</w:t>
      </w:r>
    </w:p>
    <w:p w14:paraId="0A635FA2" w14:textId="70178C1F" w:rsidR="008560E2" w:rsidRPr="008B1075" w:rsidRDefault="008B1075" w:rsidP="0022165C">
      <w:pPr>
        <w:spacing w:after="0" w:line="240" w:lineRule="auto"/>
        <w:jc w:val="both"/>
        <w:rPr>
          <w:rFonts w:ascii="Century Schoolbook" w:hAnsi="Century Schoolbook" w:cs="Microsoft Sans Serif"/>
          <w:noProof/>
        </w:rPr>
      </w:pPr>
      <w:r w:rsidRPr="008B1075">
        <w:rPr>
          <w:rFonts w:ascii="Century Schoolbook" w:hAnsi="Century Schoolbook" w:cs="Microsoft Sans Serif"/>
          <w:noProof/>
          <w:lang w:val="id-ID"/>
        </w:rPr>
        <w:t>Berisi latar belakang masalah, perumusan masalah, tujuan penelitian, dan urgensi topik yang dibahas. Gunakan referensi yang relevan dan terkini. Panjang bagian ini sekitar 10-15% dari total naskah</w:t>
      </w:r>
    </w:p>
    <w:p w14:paraId="59FDB3A2" w14:textId="77777777" w:rsidR="0022165C" w:rsidRPr="00EC1210" w:rsidRDefault="0022165C" w:rsidP="0022165C">
      <w:pPr>
        <w:spacing w:after="0" w:line="240" w:lineRule="auto"/>
        <w:jc w:val="both"/>
        <w:rPr>
          <w:rFonts w:ascii="Century Schoolbook" w:hAnsi="Century Schoolbook" w:cs="Microsoft Sans Serif"/>
          <w:noProof/>
        </w:rPr>
      </w:pPr>
    </w:p>
    <w:p w14:paraId="5C184534" w14:textId="6A85E4A9" w:rsidR="00D52320" w:rsidRDefault="004149CE" w:rsidP="00B935CF">
      <w:pPr>
        <w:pStyle w:val="Heading1"/>
        <w:spacing w:before="0"/>
        <w:jc w:val="center"/>
        <w:rPr>
          <w:rFonts w:ascii="Century Schoolbook" w:hAnsi="Century Schoolbook" w:cs="Microsoft Sans Serif"/>
          <w:b/>
          <w:bCs/>
          <w:noProof/>
          <w:color w:val="auto"/>
          <w:sz w:val="20"/>
          <w:szCs w:val="20"/>
          <w:lang w:val="id-ID"/>
        </w:rPr>
      </w:pPr>
      <w:r w:rsidRPr="00EC1210">
        <w:rPr>
          <w:rFonts w:ascii="Century Schoolbook" w:hAnsi="Century Schoolbook" w:cs="Microsoft Sans Serif"/>
          <w:b/>
          <w:bCs/>
          <w:noProof/>
          <w:color w:val="auto"/>
          <w:sz w:val="20"/>
          <w:szCs w:val="20"/>
          <w:lang w:val="id-ID"/>
        </w:rPr>
        <w:t>TINJAUAN PUSTAKA</w:t>
      </w:r>
      <w:r w:rsidR="008B1075">
        <w:rPr>
          <w:rFonts w:ascii="Century Schoolbook" w:hAnsi="Century Schoolbook" w:cs="Microsoft Sans Serif"/>
          <w:b/>
          <w:bCs/>
          <w:noProof/>
          <w:color w:val="auto"/>
          <w:sz w:val="20"/>
          <w:szCs w:val="20"/>
          <w:lang w:val="id-ID"/>
        </w:rPr>
        <w:t xml:space="preserve"> </w:t>
      </w:r>
      <w:r w:rsidR="008B1075" w:rsidRPr="008B1075">
        <w:rPr>
          <w:rFonts w:ascii="Century Schoolbook" w:hAnsi="Century Schoolbook" w:cs="Microsoft Sans Serif"/>
          <w:b/>
          <w:bCs/>
          <w:noProof/>
          <w:color w:val="000000" w:themeColor="text1"/>
          <w:sz w:val="20"/>
          <w:szCs w:val="20"/>
          <w:lang w:val="id-ID"/>
        </w:rPr>
        <w:t>(</w:t>
      </w:r>
      <w:r w:rsidR="008B1075" w:rsidRPr="008B1075">
        <w:rPr>
          <w:rFonts w:ascii="Century Schoolbook" w:hAnsi="Century Schoolbook" w:cs="Microsoft Sans Serif"/>
          <w:b/>
          <w:bCs/>
          <w:noProof/>
          <w:color w:val="000000" w:themeColor="text1"/>
          <w:sz w:val="20"/>
          <w:szCs w:val="20"/>
        </w:rPr>
        <w:t>Century Schoolbok Serif</w:t>
      </w:r>
      <w:r w:rsidR="008B1075" w:rsidRPr="008B1075">
        <w:rPr>
          <w:rFonts w:ascii="Century Schoolbook" w:hAnsi="Century Schoolbook" w:cs="Microsoft Sans Serif"/>
          <w:b/>
          <w:bCs/>
          <w:noProof/>
          <w:color w:val="000000" w:themeColor="text1"/>
          <w:sz w:val="20"/>
          <w:szCs w:val="20"/>
          <w:lang w:val="id-ID"/>
        </w:rPr>
        <w:t xml:space="preserve"> 1</w:t>
      </w:r>
      <w:r w:rsidR="008B1075" w:rsidRPr="008B1075">
        <w:rPr>
          <w:rFonts w:ascii="Century Schoolbook" w:hAnsi="Century Schoolbook" w:cs="Microsoft Sans Serif"/>
          <w:b/>
          <w:bCs/>
          <w:noProof/>
          <w:color w:val="000000" w:themeColor="text1"/>
          <w:sz w:val="20"/>
          <w:szCs w:val="20"/>
        </w:rPr>
        <w:t>0</w:t>
      </w:r>
      <w:r w:rsidR="008B1075" w:rsidRPr="008B1075">
        <w:rPr>
          <w:rFonts w:ascii="Century Schoolbook" w:hAnsi="Century Schoolbook" w:cs="Microsoft Sans Serif"/>
          <w:b/>
          <w:bCs/>
          <w:noProof/>
          <w:color w:val="000000" w:themeColor="text1"/>
          <w:sz w:val="20"/>
          <w:szCs w:val="20"/>
          <w:lang w:val="id-ID"/>
        </w:rPr>
        <w:t xml:space="preserve"> pt, Bold)</w:t>
      </w:r>
    </w:p>
    <w:p w14:paraId="3465CB53" w14:textId="40360339" w:rsidR="008B1075" w:rsidRDefault="008B1075" w:rsidP="008B1075">
      <w:pPr>
        <w:jc w:val="both"/>
        <w:rPr>
          <w:rFonts w:ascii="Century Schoolbook" w:hAnsi="Century Schoolbook" w:cs="Microsoft Sans Serif"/>
          <w:noProof/>
          <w:lang w:val="id-ID"/>
        </w:rPr>
      </w:pPr>
      <w:r w:rsidRPr="008B1075">
        <w:rPr>
          <w:rFonts w:ascii="Century Schoolbook" w:hAnsi="Century Schoolbook" w:cs="Microsoft Sans Serif"/>
          <w:noProof/>
          <w:lang w:val="id-ID"/>
        </w:rPr>
        <w:t>Paparkan teori-teori yang mendasari penelitian serta hasil-hasil penelitian terdahulu yang relevan. Gunakan gaya kutipan sesuai pedoman yang ditentukan (</w:t>
      </w:r>
      <w:r w:rsidRPr="008B1075">
        <w:rPr>
          <w:rFonts w:ascii="Century Schoolbook" w:hAnsi="Century Schoolbook" w:cs="Microsoft Sans Serif"/>
          <w:noProof/>
        </w:rPr>
        <w:t>IEEE</w:t>
      </w:r>
      <w:r w:rsidRPr="008B1075">
        <w:rPr>
          <w:rFonts w:ascii="Century Schoolbook" w:hAnsi="Century Schoolbook" w:cs="Microsoft Sans Serif"/>
          <w:noProof/>
          <w:lang w:val="id-ID"/>
        </w:rPr>
        <w:t>).</w:t>
      </w:r>
    </w:p>
    <w:p w14:paraId="39A84495" w14:textId="77777777" w:rsidR="008B1075" w:rsidRPr="008B1075" w:rsidRDefault="008B1075" w:rsidP="008B1075">
      <w:pPr>
        <w:jc w:val="both"/>
        <w:rPr>
          <w:rFonts w:ascii="Century Schoolbook" w:hAnsi="Century Schoolbook"/>
          <w:lang w:val="id-ID"/>
        </w:rPr>
      </w:pPr>
    </w:p>
    <w:p w14:paraId="38A90577" w14:textId="1387C2F4" w:rsidR="00D52320" w:rsidRPr="00EC1210" w:rsidRDefault="004149CE" w:rsidP="0000710D">
      <w:pPr>
        <w:pStyle w:val="Heading1"/>
        <w:spacing w:before="0"/>
        <w:jc w:val="center"/>
        <w:rPr>
          <w:rFonts w:ascii="Microsoft Sans Serif" w:hAnsi="Microsoft Sans Serif" w:cs="Microsoft Sans Serif"/>
          <w:b/>
          <w:bCs/>
          <w:noProof/>
          <w:color w:val="auto"/>
          <w:sz w:val="24"/>
          <w:szCs w:val="24"/>
        </w:rPr>
      </w:pPr>
      <w:r w:rsidRPr="00EC1210">
        <w:rPr>
          <w:rFonts w:ascii="Century Schoolbook" w:hAnsi="Century Schoolbook" w:cs="Microsoft Sans Serif"/>
          <w:b/>
          <w:bCs/>
          <w:noProof/>
          <w:color w:val="auto"/>
          <w:sz w:val="20"/>
          <w:szCs w:val="20"/>
          <w:lang w:val="id-ID"/>
        </w:rPr>
        <w:t>METODOLOGI PENELITIAN</w:t>
      </w:r>
      <w:r w:rsidR="008B1075">
        <w:rPr>
          <w:rFonts w:ascii="Century Schoolbook" w:hAnsi="Century Schoolbook" w:cs="Microsoft Sans Serif"/>
          <w:b/>
          <w:bCs/>
          <w:noProof/>
          <w:color w:val="auto"/>
          <w:sz w:val="20"/>
          <w:szCs w:val="20"/>
          <w:lang w:val="id-ID"/>
        </w:rPr>
        <w:t xml:space="preserve"> </w:t>
      </w:r>
      <w:r w:rsidR="008B1075" w:rsidRPr="008B1075">
        <w:rPr>
          <w:rFonts w:ascii="Century Schoolbook" w:hAnsi="Century Schoolbook" w:cs="Microsoft Sans Serif"/>
          <w:b/>
          <w:bCs/>
          <w:noProof/>
          <w:color w:val="000000" w:themeColor="text1"/>
          <w:sz w:val="20"/>
          <w:szCs w:val="20"/>
          <w:lang w:val="id-ID"/>
        </w:rPr>
        <w:t>(</w:t>
      </w:r>
      <w:r w:rsidR="008B1075" w:rsidRPr="008B1075">
        <w:rPr>
          <w:rFonts w:ascii="Century Schoolbook" w:hAnsi="Century Schoolbook" w:cs="Microsoft Sans Serif"/>
          <w:b/>
          <w:bCs/>
          <w:noProof/>
          <w:color w:val="000000" w:themeColor="text1"/>
          <w:sz w:val="20"/>
          <w:szCs w:val="20"/>
        </w:rPr>
        <w:t>Century Schoolbok Serif</w:t>
      </w:r>
      <w:r w:rsidR="008B1075" w:rsidRPr="008B1075">
        <w:rPr>
          <w:rFonts w:ascii="Century Schoolbook" w:hAnsi="Century Schoolbook" w:cs="Microsoft Sans Serif"/>
          <w:b/>
          <w:bCs/>
          <w:noProof/>
          <w:color w:val="000000" w:themeColor="text1"/>
          <w:sz w:val="20"/>
          <w:szCs w:val="20"/>
          <w:lang w:val="id-ID"/>
        </w:rPr>
        <w:t xml:space="preserve"> 1</w:t>
      </w:r>
      <w:r w:rsidR="008B1075" w:rsidRPr="008B1075">
        <w:rPr>
          <w:rFonts w:ascii="Century Schoolbook" w:hAnsi="Century Schoolbook" w:cs="Microsoft Sans Serif"/>
          <w:b/>
          <w:bCs/>
          <w:noProof/>
          <w:color w:val="000000" w:themeColor="text1"/>
          <w:sz w:val="20"/>
          <w:szCs w:val="20"/>
        </w:rPr>
        <w:t>0</w:t>
      </w:r>
      <w:r w:rsidR="008B1075" w:rsidRPr="008B1075">
        <w:rPr>
          <w:rFonts w:ascii="Century Schoolbook" w:hAnsi="Century Schoolbook" w:cs="Microsoft Sans Serif"/>
          <w:b/>
          <w:bCs/>
          <w:noProof/>
          <w:color w:val="000000" w:themeColor="text1"/>
          <w:sz w:val="20"/>
          <w:szCs w:val="20"/>
          <w:lang w:val="id-ID"/>
        </w:rPr>
        <w:t xml:space="preserve"> pt, Bold)</w:t>
      </w:r>
    </w:p>
    <w:p w14:paraId="7511BA28" w14:textId="77777777" w:rsidR="008B1075" w:rsidRPr="008B1075" w:rsidRDefault="008B1075" w:rsidP="008B1075">
      <w:pPr>
        <w:spacing w:line="240" w:lineRule="auto"/>
        <w:jc w:val="both"/>
        <w:rPr>
          <w:rFonts w:ascii="Century Schoolbook" w:hAnsi="Century Schoolbook" w:cs="Microsoft Sans Serif"/>
          <w:noProof/>
          <w:lang w:val="id-ID"/>
        </w:rPr>
      </w:pPr>
      <w:r w:rsidRPr="008B1075">
        <w:rPr>
          <w:rFonts w:ascii="Century Schoolbook" w:hAnsi="Century Schoolbook" w:cs="Microsoft Sans Serif"/>
          <w:noProof/>
          <w:lang w:val="id-ID"/>
        </w:rPr>
        <w:t>Gunakan Microsoft Equation atau ketik persamaan matematika dalam format yang rapi dan terpusat. Nomor persamaan ditulis di sebelah kanan dalam tanda kurung.</w:t>
      </w:r>
    </w:p>
    <w:p w14:paraId="441F8798" w14:textId="77777777" w:rsidR="008B1075" w:rsidRPr="008B1075" w:rsidRDefault="008B1075" w:rsidP="008B1075">
      <w:pPr>
        <w:spacing w:line="240" w:lineRule="auto"/>
        <w:jc w:val="center"/>
        <w:rPr>
          <w:rFonts w:ascii="Century Schoolbook" w:hAnsi="Century Schoolbook" w:cs="Microsoft Sans Serif"/>
          <w:noProof/>
          <w:lang w:val="id-ID"/>
        </w:rPr>
      </w:pPr>
      <w:r w:rsidRPr="008B1075">
        <w:rPr>
          <w:rFonts w:ascii="Century Schoolbook" w:hAnsi="Century Schoolbook" w:cs="Microsoft Sans Serif"/>
          <w:noProof/>
          <w:lang w:val="id-ID"/>
        </w:rPr>
        <w:t>E = mc²                                                               (1)</w:t>
      </w:r>
    </w:p>
    <w:p w14:paraId="08A19DD3" w14:textId="77777777" w:rsidR="008B1075" w:rsidRPr="008B1075" w:rsidRDefault="008B1075" w:rsidP="008B1075">
      <w:pPr>
        <w:spacing w:line="240" w:lineRule="auto"/>
        <w:jc w:val="center"/>
        <w:rPr>
          <w:rFonts w:ascii="Century Schoolbook" w:hAnsi="Century Schoolbook" w:cs="Microsoft Sans Serif"/>
          <w:noProof/>
          <w:lang w:val="id-ID"/>
        </w:rPr>
      </w:pPr>
      <w:r w:rsidRPr="008B1075">
        <w:rPr>
          <w:rFonts w:ascii="Century Schoolbook" w:hAnsi="Century Schoolbook" w:cs="Microsoft Sans Serif"/>
          <w:noProof/>
          <w:lang w:val="id-ID"/>
        </w:rPr>
        <w:t>Persamaan 1. Contoh Format Penulisan Persamaan</w:t>
      </w:r>
    </w:p>
    <w:p w14:paraId="1ECC96FF" w14:textId="3B3065B2" w:rsidR="008715C5" w:rsidRDefault="008B1075" w:rsidP="008B1075">
      <w:pPr>
        <w:spacing w:after="0" w:line="240" w:lineRule="auto"/>
        <w:jc w:val="both"/>
        <w:rPr>
          <w:rFonts w:ascii="Century Schoolbook" w:hAnsi="Century Schoolbook" w:cs="Microsoft Sans Serif"/>
          <w:noProof/>
          <w:lang w:val="id-ID"/>
        </w:rPr>
      </w:pPr>
      <w:r w:rsidRPr="008B1075">
        <w:rPr>
          <w:rFonts w:ascii="Century Schoolbook" w:hAnsi="Century Schoolbook" w:cs="Microsoft Sans Serif"/>
          <w:noProof/>
          <w:lang w:val="id-ID"/>
        </w:rPr>
        <w:t>Jelaskan pendekatan yang digunakan, jenis penelitian, sumber dan teknik pengumpulan data, serta metode analisis data. Tuliskan dengan jelas agar penelitian dapat direplikasi.</w:t>
      </w:r>
    </w:p>
    <w:p w14:paraId="07B5B732" w14:textId="77777777" w:rsidR="008B1075" w:rsidRPr="008B1075" w:rsidRDefault="008B1075" w:rsidP="008B1075">
      <w:pPr>
        <w:spacing w:after="0" w:line="240" w:lineRule="auto"/>
        <w:jc w:val="both"/>
        <w:rPr>
          <w:rFonts w:ascii="Century Schoolbook" w:eastAsia="MS Gothic" w:hAnsi="Century Schoolbook" w:cs="Microsoft Sans Serif"/>
          <w:noProof/>
        </w:rPr>
      </w:pPr>
    </w:p>
    <w:p w14:paraId="04193E44" w14:textId="3B28C1D4" w:rsidR="00D52320" w:rsidRPr="00EC1210" w:rsidRDefault="004149CE" w:rsidP="00607B24">
      <w:pPr>
        <w:pStyle w:val="Heading1"/>
        <w:spacing w:before="0"/>
        <w:jc w:val="center"/>
        <w:rPr>
          <w:rFonts w:ascii="Microsoft Sans Serif" w:hAnsi="Microsoft Sans Serif" w:cs="Microsoft Sans Serif"/>
          <w:noProof/>
          <w:color w:val="auto"/>
          <w:sz w:val="24"/>
          <w:szCs w:val="24"/>
        </w:rPr>
      </w:pPr>
      <w:r w:rsidRPr="00EC1210">
        <w:rPr>
          <w:rFonts w:ascii="Century Schoolbook" w:hAnsi="Century Schoolbook" w:cs="Microsoft Sans Serif"/>
          <w:b/>
          <w:bCs/>
          <w:noProof/>
          <w:color w:val="auto"/>
          <w:sz w:val="20"/>
          <w:szCs w:val="20"/>
          <w:lang w:val="id-ID"/>
        </w:rPr>
        <w:t>HASIL DAN PEMBAHASAN</w:t>
      </w:r>
      <w:r w:rsidR="008B1075">
        <w:rPr>
          <w:rFonts w:ascii="Century Schoolbook" w:hAnsi="Century Schoolbook" w:cs="Microsoft Sans Serif"/>
          <w:b/>
          <w:bCs/>
          <w:noProof/>
          <w:color w:val="auto"/>
          <w:sz w:val="20"/>
          <w:szCs w:val="20"/>
          <w:lang w:val="id-ID"/>
        </w:rPr>
        <w:t xml:space="preserve"> </w:t>
      </w:r>
      <w:r w:rsidR="008B1075" w:rsidRPr="008B1075">
        <w:rPr>
          <w:rFonts w:ascii="Century Schoolbook" w:hAnsi="Century Schoolbook" w:cs="Microsoft Sans Serif"/>
          <w:b/>
          <w:bCs/>
          <w:noProof/>
          <w:color w:val="000000" w:themeColor="text1"/>
          <w:sz w:val="20"/>
          <w:szCs w:val="20"/>
          <w:lang w:val="id-ID"/>
        </w:rPr>
        <w:t>(</w:t>
      </w:r>
      <w:r w:rsidR="008B1075" w:rsidRPr="008B1075">
        <w:rPr>
          <w:rFonts w:ascii="Century Schoolbook" w:hAnsi="Century Schoolbook" w:cs="Microsoft Sans Serif"/>
          <w:b/>
          <w:bCs/>
          <w:noProof/>
          <w:color w:val="000000" w:themeColor="text1"/>
          <w:sz w:val="20"/>
          <w:szCs w:val="20"/>
        </w:rPr>
        <w:t>Century Schoolbok Serif</w:t>
      </w:r>
      <w:r w:rsidR="008B1075" w:rsidRPr="008B1075">
        <w:rPr>
          <w:rFonts w:ascii="Century Schoolbook" w:hAnsi="Century Schoolbook" w:cs="Microsoft Sans Serif"/>
          <w:b/>
          <w:bCs/>
          <w:noProof/>
          <w:color w:val="000000" w:themeColor="text1"/>
          <w:sz w:val="20"/>
          <w:szCs w:val="20"/>
          <w:lang w:val="id-ID"/>
        </w:rPr>
        <w:t xml:space="preserve"> 1</w:t>
      </w:r>
      <w:r w:rsidR="008B1075" w:rsidRPr="008B1075">
        <w:rPr>
          <w:rFonts w:ascii="Century Schoolbook" w:hAnsi="Century Schoolbook" w:cs="Microsoft Sans Serif"/>
          <w:b/>
          <w:bCs/>
          <w:noProof/>
          <w:color w:val="000000" w:themeColor="text1"/>
          <w:sz w:val="20"/>
          <w:szCs w:val="20"/>
        </w:rPr>
        <w:t>0</w:t>
      </w:r>
      <w:r w:rsidR="008B1075" w:rsidRPr="008B1075">
        <w:rPr>
          <w:rFonts w:ascii="Century Schoolbook" w:hAnsi="Century Schoolbook" w:cs="Microsoft Sans Serif"/>
          <w:b/>
          <w:bCs/>
          <w:noProof/>
          <w:color w:val="000000" w:themeColor="text1"/>
          <w:sz w:val="20"/>
          <w:szCs w:val="20"/>
          <w:lang w:val="id-ID"/>
        </w:rPr>
        <w:t xml:space="preserve"> pt, Bold)</w:t>
      </w:r>
    </w:p>
    <w:p w14:paraId="2951B1FC" w14:textId="6C65B860" w:rsidR="008B1075" w:rsidRDefault="008B1075" w:rsidP="008B1075">
      <w:pPr>
        <w:spacing w:line="240" w:lineRule="auto"/>
        <w:jc w:val="both"/>
        <w:rPr>
          <w:rFonts w:ascii="Century Schoolbook" w:hAnsi="Century Schoolbook" w:cs="Microsoft Sans Serif"/>
          <w:noProof/>
        </w:rPr>
      </w:pPr>
      <w:r w:rsidRPr="008B1075">
        <w:rPr>
          <w:rFonts w:ascii="Century Schoolbook" w:hAnsi="Century Schoolbook" w:cs="Microsoft Sans Serif"/>
          <w:noProof/>
          <w:lang w:val="id-ID"/>
        </w:rPr>
        <w:t>Sajikan hasil penelitian dalam bentuk tabel, grafik, atau narasi. Bahas hasil secara kritis dengan mengaitkan pada teori dan penelitian sebelumnya. Gunakan tabel yang diberi nomor dan judul.</w:t>
      </w:r>
      <w:r w:rsidRPr="008B1075">
        <w:rPr>
          <w:rFonts w:ascii="Century Schoolbook" w:hAnsi="Century Schoolbook" w:cs="Microsoft Sans Serif"/>
          <w:noProof/>
        </w:rPr>
        <w:t xml:space="preserve"> </w:t>
      </w:r>
    </w:p>
    <w:p w14:paraId="7DAFEAF2" w14:textId="77777777" w:rsidR="00FA5198" w:rsidRPr="008B1075" w:rsidRDefault="00FA5198" w:rsidP="008B1075">
      <w:pPr>
        <w:spacing w:line="240" w:lineRule="auto"/>
        <w:jc w:val="both"/>
        <w:rPr>
          <w:rFonts w:ascii="Century Schoolbook" w:hAnsi="Century Schoolbook" w:cs="Microsoft Sans Serif"/>
          <w:noProof/>
        </w:rPr>
      </w:pPr>
    </w:p>
    <w:p w14:paraId="3E25E092" w14:textId="77777777" w:rsidR="008B1075" w:rsidRPr="008B1075" w:rsidRDefault="008B1075" w:rsidP="008B1075">
      <w:pPr>
        <w:spacing w:line="240" w:lineRule="auto"/>
        <w:jc w:val="center"/>
        <w:rPr>
          <w:rFonts w:ascii="Century Schoolbook" w:hAnsi="Century Schoolbook" w:cs="Microsoft Sans Serif"/>
          <w:noProof/>
          <w:lang w:val="id-ID"/>
        </w:rPr>
      </w:pPr>
      <w:r w:rsidRPr="008B1075">
        <w:rPr>
          <w:rFonts w:ascii="Century Schoolbook" w:hAnsi="Century Schoolbook" w:cs="Microsoft Sans Serif"/>
          <w:noProof/>
          <w:lang w:val="id-ID"/>
        </w:rPr>
        <w:t xml:space="preserve">Tabel </w:t>
      </w:r>
      <w:r w:rsidRPr="008B1075">
        <w:rPr>
          <w:rFonts w:ascii="Century Schoolbook" w:hAnsi="Century Schoolbook" w:cs="Microsoft Sans Serif"/>
          <w:noProof/>
        </w:rPr>
        <w:t>1</w:t>
      </w:r>
      <w:r w:rsidRPr="008B1075">
        <w:rPr>
          <w:rFonts w:ascii="Century Schoolbook" w:hAnsi="Century Schoolbook" w:cs="Microsoft Sans Serif"/>
          <w:noProof/>
          <w:lang w:val="id-ID"/>
        </w:rPr>
        <w:t>. Hasil Pengukuran Parameter</w:t>
      </w:r>
    </w:p>
    <w:p w14:paraId="4E251A94" w14:textId="77777777" w:rsidR="008B1075" w:rsidRPr="008B1075" w:rsidRDefault="008B1075" w:rsidP="008B1075">
      <w:pPr>
        <w:spacing w:line="240" w:lineRule="auto"/>
        <w:jc w:val="center"/>
        <w:rPr>
          <w:rFonts w:ascii="Century Schoolbook" w:hAnsi="Century Schoolbook" w:cs="Microsoft Sans Serif"/>
          <w:noProof/>
          <w:lang w:val="id-ID"/>
        </w:rPr>
      </w:pPr>
      <w:r w:rsidRPr="008B1075">
        <w:rPr>
          <w:rFonts w:ascii="Century Schoolbook" w:hAnsi="Century Schoolbook" w:cs="Microsoft Sans Serif"/>
          <w:noProof/>
          <w:lang w:val="id-ID"/>
        </w:rPr>
        <w:t>Berikut adalah contoh tabel hasil pengukuran parameter eksperimen dengan tiga variabel utama:</w:t>
      </w:r>
    </w:p>
    <w:p w14:paraId="26899D52" w14:textId="77777777" w:rsidR="008B1075" w:rsidRDefault="008B1075" w:rsidP="00AB4ADB">
      <w:pPr>
        <w:spacing w:after="0" w:line="240" w:lineRule="auto"/>
        <w:jc w:val="both"/>
        <w:rPr>
          <w:rFonts w:ascii="Century Schoolbook" w:hAnsi="Century Schoolbook" w:cs="Microsoft Sans Serif"/>
          <w:b/>
          <w:bCs/>
          <w:noProof/>
        </w:rPr>
      </w:pPr>
    </w:p>
    <w:p w14:paraId="57FA553D" w14:textId="77777777" w:rsidR="008B1075" w:rsidRDefault="008B1075" w:rsidP="00AB4ADB">
      <w:pPr>
        <w:spacing w:after="0" w:line="240" w:lineRule="auto"/>
        <w:rPr>
          <w:rFonts w:ascii="Century Schoolbook" w:hAnsi="Century Schoolbook" w:cs="Microsoft Sans Serif"/>
          <w:b/>
          <w:bCs/>
          <w:noProof/>
        </w:rPr>
      </w:pPr>
    </w:p>
    <w:p w14:paraId="45EB3BE6" w14:textId="77777777" w:rsidR="00FA5198" w:rsidRDefault="00FA5198" w:rsidP="00AB4ADB">
      <w:pPr>
        <w:spacing w:after="0" w:line="240" w:lineRule="auto"/>
        <w:rPr>
          <w:rFonts w:ascii="Century Schoolbook" w:hAnsi="Century Schoolbook" w:cs="Microsoft Sans Serif"/>
          <w:b/>
          <w:bCs/>
          <w:noProof/>
        </w:rPr>
      </w:pPr>
    </w:p>
    <w:p w14:paraId="03EC619C" w14:textId="77777777" w:rsidR="008B1075" w:rsidRDefault="008B1075" w:rsidP="00AB4ADB">
      <w:pPr>
        <w:spacing w:after="0" w:line="240" w:lineRule="auto"/>
        <w:rPr>
          <w:rFonts w:ascii="Century Schoolbook" w:hAnsi="Century Schoolbook" w:cs="Microsoft Sans Serif"/>
          <w:b/>
          <w:bCs/>
          <w:noProof/>
          <w:lang w:val="id-ID"/>
        </w:rPr>
      </w:pPr>
    </w:p>
    <w:p w14:paraId="7C8BC74E" w14:textId="39A4D782" w:rsidR="00AB4ADB" w:rsidRPr="00EC1210" w:rsidRDefault="00AB4ADB" w:rsidP="00AB4ADB">
      <w:pPr>
        <w:spacing w:after="0" w:line="240" w:lineRule="auto"/>
        <w:rPr>
          <w:rFonts w:ascii="Century Schoolbook" w:hAnsi="Century Schoolbook" w:cs="Microsoft Sans Serif"/>
          <w:b/>
          <w:bCs/>
          <w:noProof/>
        </w:rPr>
      </w:pPr>
      <w:r w:rsidRPr="00EC1210">
        <w:rPr>
          <w:rFonts w:ascii="Century Schoolbook" w:hAnsi="Century Schoolbook" w:cs="Microsoft Sans Serif"/>
          <w:b/>
          <w:bCs/>
          <w:noProof/>
          <w:lang w:val="id-ID"/>
        </w:rPr>
        <w:t xml:space="preserve">Tabel </w:t>
      </w:r>
      <w:r w:rsidRPr="00EC1210">
        <w:rPr>
          <w:rFonts w:ascii="Century Schoolbook" w:hAnsi="Century Schoolbook" w:cs="Microsoft Sans Serif"/>
          <w:b/>
          <w:bCs/>
          <w:noProof/>
        </w:rPr>
        <w:t>1</w:t>
      </w:r>
      <w:r w:rsidRPr="00EC1210">
        <w:rPr>
          <w:rFonts w:ascii="Century Schoolbook" w:hAnsi="Century Schoolbook" w:cs="Microsoft Sans Serif"/>
          <w:b/>
          <w:bCs/>
          <w:noProof/>
          <w:lang w:val="id-ID"/>
        </w:rPr>
        <w:t xml:space="preserve">. Hasil </w:t>
      </w:r>
      <w:r w:rsidRPr="00EC1210">
        <w:rPr>
          <w:rFonts w:ascii="Century Schoolbook" w:hAnsi="Century Schoolbook" w:cs="Microsoft Sans Serif"/>
          <w:b/>
          <w:bCs/>
          <w:noProof/>
        </w:rPr>
        <w:t xml:space="preserve">Kriteria dan </w:t>
      </w:r>
      <w:r w:rsidR="00607B24" w:rsidRPr="00EC1210">
        <w:rPr>
          <w:rFonts w:ascii="Century Schoolbook" w:hAnsi="Century Schoolbook" w:cs="Microsoft Sans Serif"/>
          <w:b/>
          <w:bCs/>
          <w:noProof/>
        </w:rPr>
        <w:t>B</w:t>
      </w:r>
      <w:r w:rsidRPr="00EC1210">
        <w:rPr>
          <w:rFonts w:ascii="Century Schoolbook" w:hAnsi="Century Schoolbook" w:cs="Microsoft Sans Serif"/>
          <w:b/>
          <w:bCs/>
          <w:noProof/>
        </w:rPr>
        <w:t>obot</w:t>
      </w:r>
    </w:p>
    <w:tbl>
      <w:tblPr>
        <w:tblW w:w="5098" w:type="dxa"/>
        <w:tblInd w:w="113" w:type="dxa"/>
        <w:tblLook w:val="04A0" w:firstRow="1" w:lastRow="0" w:firstColumn="1" w:lastColumn="0" w:noHBand="0" w:noVBand="1"/>
      </w:tblPr>
      <w:tblGrid>
        <w:gridCol w:w="960"/>
        <w:gridCol w:w="2989"/>
        <w:gridCol w:w="1149"/>
      </w:tblGrid>
      <w:tr w:rsidR="00EC1210" w:rsidRPr="00EC1210" w14:paraId="0D3BBF27" w14:textId="77777777" w:rsidTr="00AB4ADB">
        <w:trPr>
          <w:trHeight w:val="315"/>
        </w:trPr>
        <w:tc>
          <w:tcPr>
            <w:tcW w:w="960" w:type="dxa"/>
            <w:tcBorders>
              <w:top w:val="single" w:sz="4" w:space="0" w:color="auto"/>
              <w:bottom w:val="single" w:sz="4" w:space="0" w:color="auto"/>
            </w:tcBorders>
            <w:noWrap/>
            <w:vAlign w:val="bottom"/>
            <w:hideMark/>
          </w:tcPr>
          <w:p w14:paraId="662C7A26" w14:textId="77777777" w:rsidR="009B1C8B" w:rsidRPr="00EC1210" w:rsidRDefault="009B1C8B" w:rsidP="00AB4ADB">
            <w:pPr>
              <w:spacing w:after="0" w:line="240" w:lineRule="auto"/>
              <w:jc w:val="center"/>
              <w:rPr>
                <w:rFonts w:ascii="Century Schoolbook" w:eastAsia="Times New Roman" w:hAnsi="Century Schoolbook" w:cs="Microsoft Sans Serif"/>
              </w:rPr>
            </w:pPr>
            <w:bookmarkStart w:id="0" w:name="_Hlk200885546"/>
            <w:r w:rsidRPr="00EC1210">
              <w:rPr>
                <w:rFonts w:ascii="Century Schoolbook" w:eastAsia="Times New Roman" w:hAnsi="Century Schoolbook" w:cs="Microsoft Sans Serif"/>
              </w:rPr>
              <w:t>Kode</w:t>
            </w:r>
          </w:p>
        </w:tc>
        <w:tc>
          <w:tcPr>
            <w:tcW w:w="2989" w:type="dxa"/>
            <w:tcBorders>
              <w:top w:val="single" w:sz="4" w:space="0" w:color="auto"/>
              <w:bottom w:val="single" w:sz="4" w:space="0" w:color="auto"/>
            </w:tcBorders>
            <w:noWrap/>
            <w:vAlign w:val="bottom"/>
            <w:hideMark/>
          </w:tcPr>
          <w:p w14:paraId="5356E97B" w14:textId="77777777" w:rsidR="009B1C8B" w:rsidRPr="00EC1210" w:rsidRDefault="009B1C8B" w:rsidP="00AB4ADB">
            <w:pPr>
              <w:spacing w:after="0" w:line="240" w:lineRule="auto"/>
              <w:jc w:val="center"/>
              <w:rPr>
                <w:rFonts w:ascii="Century Schoolbook" w:eastAsia="Times New Roman" w:hAnsi="Century Schoolbook" w:cs="Microsoft Sans Serif"/>
              </w:rPr>
            </w:pPr>
            <w:proofErr w:type="spellStart"/>
            <w:r w:rsidRPr="00EC1210">
              <w:rPr>
                <w:rFonts w:ascii="Century Schoolbook" w:eastAsia="Times New Roman" w:hAnsi="Century Schoolbook" w:cs="Microsoft Sans Serif"/>
              </w:rPr>
              <w:t>Kriteria</w:t>
            </w:r>
            <w:proofErr w:type="spellEnd"/>
          </w:p>
        </w:tc>
        <w:tc>
          <w:tcPr>
            <w:tcW w:w="1149" w:type="dxa"/>
            <w:tcBorders>
              <w:top w:val="single" w:sz="4" w:space="0" w:color="auto"/>
              <w:bottom w:val="single" w:sz="4" w:space="0" w:color="auto"/>
            </w:tcBorders>
            <w:noWrap/>
            <w:vAlign w:val="bottom"/>
            <w:hideMark/>
          </w:tcPr>
          <w:p w14:paraId="4848002E" w14:textId="77777777" w:rsidR="009B1C8B" w:rsidRPr="00EC1210" w:rsidRDefault="009B1C8B" w:rsidP="00AB4ADB">
            <w:pPr>
              <w:spacing w:after="0" w:line="240" w:lineRule="auto"/>
              <w:jc w:val="center"/>
              <w:rPr>
                <w:rFonts w:ascii="Century Schoolbook" w:eastAsia="Times New Roman" w:hAnsi="Century Schoolbook" w:cs="Microsoft Sans Serif"/>
              </w:rPr>
            </w:pPr>
            <w:proofErr w:type="spellStart"/>
            <w:r w:rsidRPr="00EC1210">
              <w:rPr>
                <w:rFonts w:ascii="Century Schoolbook" w:eastAsia="Times New Roman" w:hAnsi="Century Schoolbook" w:cs="Microsoft Sans Serif"/>
              </w:rPr>
              <w:t>bobot</w:t>
            </w:r>
            <w:proofErr w:type="spellEnd"/>
            <w:r w:rsidRPr="00EC1210">
              <w:rPr>
                <w:rFonts w:ascii="Century Schoolbook" w:eastAsia="Times New Roman" w:hAnsi="Century Schoolbook" w:cs="Microsoft Sans Serif"/>
              </w:rPr>
              <w:t xml:space="preserve"> %</w:t>
            </w:r>
          </w:p>
        </w:tc>
      </w:tr>
      <w:tr w:rsidR="00EC1210" w:rsidRPr="00EC1210" w14:paraId="7CEC55C2" w14:textId="77777777" w:rsidTr="00AB4ADB">
        <w:trPr>
          <w:trHeight w:val="315"/>
        </w:trPr>
        <w:tc>
          <w:tcPr>
            <w:tcW w:w="960" w:type="dxa"/>
            <w:tcBorders>
              <w:top w:val="single" w:sz="4" w:space="0" w:color="auto"/>
            </w:tcBorders>
            <w:noWrap/>
            <w:vAlign w:val="bottom"/>
            <w:hideMark/>
          </w:tcPr>
          <w:p w14:paraId="4820F7DC" w14:textId="77777777" w:rsidR="009B1C8B" w:rsidRPr="00EC1210" w:rsidRDefault="009B1C8B" w:rsidP="00AB4AD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C1</w:t>
            </w:r>
          </w:p>
        </w:tc>
        <w:tc>
          <w:tcPr>
            <w:tcW w:w="2989" w:type="dxa"/>
            <w:tcBorders>
              <w:top w:val="single" w:sz="4" w:space="0" w:color="auto"/>
            </w:tcBorders>
            <w:noWrap/>
            <w:vAlign w:val="bottom"/>
            <w:hideMark/>
          </w:tcPr>
          <w:p w14:paraId="33D191B5" w14:textId="77777777" w:rsidR="009B1C8B" w:rsidRPr="00EC1210" w:rsidRDefault="009B1C8B" w:rsidP="00AB4ADB">
            <w:pPr>
              <w:spacing w:after="0" w:line="240" w:lineRule="auto"/>
              <w:rPr>
                <w:rFonts w:ascii="Century Schoolbook" w:eastAsia="Times New Roman" w:hAnsi="Century Schoolbook" w:cs="Microsoft Sans Serif"/>
              </w:rPr>
            </w:pPr>
            <w:proofErr w:type="spellStart"/>
            <w:r w:rsidRPr="00EC1210">
              <w:rPr>
                <w:rFonts w:ascii="Century Schoolbook" w:eastAsia="Times New Roman" w:hAnsi="Century Schoolbook" w:cs="Microsoft Sans Serif"/>
              </w:rPr>
              <w:t>Prestasi</w:t>
            </w:r>
            <w:proofErr w:type="spellEnd"/>
            <w:r w:rsidRPr="00EC1210">
              <w:rPr>
                <w:rFonts w:ascii="Century Schoolbook" w:eastAsia="Times New Roman" w:hAnsi="Century Schoolbook" w:cs="Microsoft Sans Serif"/>
              </w:rPr>
              <w:t xml:space="preserve"> Akademik</w:t>
            </w:r>
          </w:p>
        </w:tc>
        <w:tc>
          <w:tcPr>
            <w:tcW w:w="1149" w:type="dxa"/>
            <w:tcBorders>
              <w:top w:val="single" w:sz="4" w:space="0" w:color="auto"/>
            </w:tcBorders>
            <w:noWrap/>
            <w:vAlign w:val="bottom"/>
            <w:hideMark/>
          </w:tcPr>
          <w:p w14:paraId="09CF9DFB" w14:textId="77777777" w:rsidR="009B1C8B" w:rsidRPr="00EC1210" w:rsidRDefault="009B1C8B" w:rsidP="00AB4AD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35%</w:t>
            </w:r>
          </w:p>
        </w:tc>
      </w:tr>
      <w:tr w:rsidR="00EC1210" w:rsidRPr="00EC1210" w14:paraId="1ADD9544" w14:textId="77777777" w:rsidTr="00AB4ADB">
        <w:trPr>
          <w:trHeight w:val="315"/>
        </w:trPr>
        <w:tc>
          <w:tcPr>
            <w:tcW w:w="960" w:type="dxa"/>
            <w:noWrap/>
            <w:vAlign w:val="bottom"/>
            <w:hideMark/>
          </w:tcPr>
          <w:p w14:paraId="11A300CB" w14:textId="77777777" w:rsidR="009B1C8B" w:rsidRPr="00EC1210" w:rsidRDefault="009B1C8B" w:rsidP="009B1C8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C2</w:t>
            </w:r>
          </w:p>
        </w:tc>
        <w:tc>
          <w:tcPr>
            <w:tcW w:w="2989" w:type="dxa"/>
            <w:noWrap/>
            <w:vAlign w:val="bottom"/>
            <w:hideMark/>
          </w:tcPr>
          <w:p w14:paraId="35623567" w14:textId="77777777" w:rsidR="009B1C8B" w:rsidRPr="00EC1210" w:rsidRDefault="009B1C8B" w:rsidP="009B1C8B">
            <w:pPr>
              <w:spacing w:after="0" w:line="240" w:lineRule="auto"/>
              <w:rPr>
                <w:rFonts w:ascii="Century Schoolbook" w:eastAsia="Times New Roman" w:hAnsi="Century Schoolbook" w:cs="Microsoft Sans Serif"/>
              </w:rPr>
            </w:pPr>
            <w:proofErr w:type="spellStart"/>
            <w:r w:rsidRPr="00EC1210">
              <w:rPr>
                <w:rFonts w:ascii="Century Schoolbook" w:eastAsia="Times New Roman" w:hAnsi="Century Schoolbook" w:cs="Microsoft Sans Serif"/>
              </w:rPr>
              <w:t>Kondisi</w:t>
            </w:r>
            <w:proofErr w:type="spellEnd"/>
            <w:r w:rsidRPr="00EC1210">
              <w:rPr>
                <w:rFonts w:ascii="Century Schoolbook" w:eastAsia="Times New Roman" w:hAnsi="Century Schoolbook" w:cs="Microsoft Sans Serif"/>
              </w:rPr>
              <w:t xml:space="preserve"> Ekonomi</w:t>
            </w:r>
          </w:p>
        </w:tc>
        <w:tc>
          <w:tcPr>
            <w:tcW w:w="1149" w:type="dxa"/>
            <w:noWrap/>
            <w:vAlign w:val="bottom"/>
            <w:hideMark/>
          </w:tcPr>
          <w:p w14:paraId="13A7791A" w14:textId="77777777" w:rsidR="009B1C8B" w:rsidRPr="00EC1210" w:rsidRDefault="009B1C8B" w:rsidP="009B1C8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30%</w:t>
            </w:r>
          </w:p>
        </w:tc>
      </w:tr>
      <w:tr w:rsidR="00EC1210" w:rsidRPr="00EC1210" w14:paraId="10619289" w14:textId="77777777" w:rsidTr="00AB4ADB">
        <w:trPr>
          <w:trHeight w:val="315"/>
        </w:trPr>
        <w:tc>
          <w:tcPr>
            <w:tcW w:w="960" w:type="dxa"/>
            <w:noWrap/>
            <w:vAlign w:val="bottom"/>
            <w:hideMark/>
          </w:tcPr>
          <w:p w14:paraId="41B41BBC" w14:textId="77777777" w:rsidR="009B1C8B" w:rsidRPr="00EC1210" w:rsidRDefault="009B1C8B" w:rsidP="009B1C8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C3</w:t>
            </w:r>
          </w:p>
        </w:tc>
        <w:tc>
          <w:tcPr>
            <w:tcW w:w="2989" w:type="dxa"/>
            <w:noWrap/>
            <w:vAlign w:val="bottom"/>
            <w:hideMark/>
          </w:tcPr>
          <w:p w14:paraId="3598C075" w14:textId="77777777" w:rsidR="009B1C8B" w:rsidRPr="00EC1210" w:rsidRDefault="009B1C8B" w:rsidP="009B1C8B">
            <w:pPr>
              <w:spacing w:after="0" w:line="240" w:lineRule="auto"/>
              <w:rPr>
                <w:rFonts w:ascii="Century Schoolbook" w:eastAsia="Times New Roman" w:hAnsi="Century Schoolbook" w:cs="Microsoft Sans Serif"/>
              </w:rPr>
            </w:pPr>
            <w:proofErr w:type="spellStart"/>
            <w:r w:rsidRPr="00EC1210">
              <w:rPr>
                <w:rFonts w:ascii="Century Schoolbook" w:eastAsia="Times New Roman" w:hAnsi="Century Schoolbook" w:cs="Microsoft Sans Serif"/>
              </w:rPr>
              <w:t>Keaktifan</w:t>
            </w:r>
            <w:proofErr w:type="spellEnd"/>
            <w:r w:rsidRPr="00EC1210">
              <w:rPr>
                <w:rFonts w:ascii="Century Schoolbook" w:eastAsia="Times New Roman" w:hAnsi="Century Schoolbook" w:cs="Microsoft Sans Serif"/>
              </w:rPr>
              <w:t xml:space="preserve"> </w:t>
            </w:r>
            <w:proofErr w:type="spellStart"/>
            <w:r w:rsidRPr="00EC1210">
              <w:rPr>
                <w:rFonts w:ascii="Century Schoolbook" w:eastAsia="Times New Roman" w:hAnsi="Century Schoolbook" w:cs="Microsoft Sans Serif"/>
              </w:rPr>
              <w:t>Organisasi</w:t>
            </w:r>
            <w:proofErr w:type="spellEnd"/>
            <w:r w:rsidRPr="00EC1210">
              <w:rPr>
                <w:rFonts w:ascii="Century Schoolbook" w:eastAsia="Times New Roman" w:hAnsi="Century Schoolbook" w:cs="Microsoft Sans Serif"/>
              </w:rPr>
              <w:t>/ Sosial</w:t>
            </w:r>
          </w:p>
        </w:tc>
        <w:tc>
          <w:tcPr>
            <w:tcW w:w="1149" w:type="dxa"/>
            <w:noWrap/>
            <w:vAlign w:val="bottom"/>
            <w:hideMark/>
          </w:tcPr>
          <w:p w14:paraId="401C1515" w14:textId="77777777" w:rsidR="009B1C8B" w:rsidRPr="00EC1210" w:rsidRDefault="009B1C8B" w:rsidP="009B1C8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15%</w:t>
            </w:r>
          </w:p>
        </w:tc>
      </w:tr>
      <w:tr w:rsidR="00EC1210" w:rsidRPr="00EC1210" w14:paraId="01BC1E0A" w14:textId="77777777" w:rsidTr="00AB4ADB">
        <w:trPr>
          <w:trHeight w:val="315"/>
        </w:trPr>
        <w:tc>
          <w:tcPr>
            <w:tcW w:w="960" w:type="dxa"/>
            <w:noWrap/>
            <w:vAlign w:val="bottom"/>
            <w:hideMark/>
          </w:tcPr>
          <w:p w14:paraId="0A3F4553" w14:textId="77777777" w:rsidR="009B1C8B" w:rsidRPr="00EC1210" w:rsidRDefault="009B1C8B" w:rsidP="009B1C8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C4</w:t>
            </w:r>
          </w:p>
        </w:tc>
        <w:tc>
          <w:tcPr>
            <w:tcW w:w="2989" w:type="dxa"/>
            <w:noWrap/>
            <w:vAlign w:val="bottom"/>
            <w:hideMark/>
          </w:tcPr>
          <w:p w14:paraId="3853336E" w14:textId="77777777" w:rsidR="009B1C8B" w:rsidRPr="00EC1210" w:rsidRDefault="009B1C8B" w:rsidP="009B1C8B">
            <w:pPr>
              <w:spacing w:after="0" w:line="240" w:lineRule="auto"/>
              <w:rPr>
                <w:rFonts w:ascii="Century Schoolbook" w:eastAsia="Times New Roman" w:hAnsi="Century Schoolbook" w:cs="Microsoft Sans Serif"/>
              </w:rPr>
            </w:pPr>
            <w:proofErr w:type="spellStart"/>
            <w:r w:rsidRPr="00EC1210">
              <w:rPr>
                <w:rFonts w:ascii="Century Schoolbook" w:eastAsia="Times New Roman" w:hAnsi="Century Schoolbook" w:cs="Microsoft Sans Serif"/>
              </w:rPr>
              <w:t>Kelengkapan</w:t>
            </w:r>
            <w:proofErr w:type="spellEnd"/>
            <w:r w:rsidRPr="00EC1210">
              <w:rPr>
                <w:rFonts w:ascii="Century Schoolbook" w:eastAsia="Times New Roman" w:hAnsi="Century Schoolbook" w:cs="Microsoft Sans Serif"/>
              </w:rPr>
              <w:t xml:space="preserve"> </w:t>
            </w:r>
            <w:proofErr w:type="spellStart"/>
            <w:r w:rsidRPr="00EC1210">
              <w:rPr>
                <w:rFonts w:ascii="Century Schoolbook" w:eastAsia="Times New Roman" w:hAnsi="Century Schoolbook" w:cs="Microsoft Sans Serif"/>
              </w:rPr>
              <w:t>Dokumen</w:t>
            </w:r>
            <w:proofErr w:type="spellEnd"/>
            <w:r w:rsidRPr="00EC1210">
              <w:rPr>
                <w:rFonts w:ascii="Century Schoolbook" w:eastAsia="Times New Roman" w:hAnsi="Century Schoolbook" w:cs="Microsoft Sans Serif"/>
              </w:rPr>
              <w:t xml:space="preserve"> </w:t>
            </w:r>
          </w:p>
        </w:tc>
        <w:tc>
          <w:tcPr>
            <w:tcW w:w="1149" w:type="dxa"/>
            <w:noWrap/>
            <w:vAlign w:val="bottom"/>
            <w:hideMark/>
          </w:tcPr>
          <w:p w14:paraId="6AE8D83A" w14:textId="77777777" w:rsidR="009B1C8B" w:rsidRPr="00EC1210" w:rsidRDefault="009B1C8B" w:rsidP="009B1C8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10%</w:t>
            </w:r>
          </w:p>
        </w:tc>
      </w:tr>
      <w:tr w:rsidR="00EC1210" w:rsidRPr="00EC1210" w14:paraId="3FCDC1FF" w14:textId="77777777" w:rsidTr="00AB4ADB">
        <w:trPr>
          <w:trHeight w:val="315"/>
        </w:trPr>
        <w:tc>
          <w:tcPr>
            <w:tcW w:w="960" w:type="dxa"/>
            <w:noWrap/>
            <w:vAlign w:val="bottom"/>
            <w:hideMark/>
          </w:tcPr>
          <w:p w14:paraId="28D90794" w14:textId="77777777" w:rsidR="009B1C8B" w:rsidRPr="00EC1210" w:rsidRDefault="009B1C8B" w:rsidP="009B1C8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C5</w:t>
            </w:r>
          </w:p>
        </w:tc>
        <w:tc>
          <w:tcPr>
            <w:tcW w:w="2989" w:type="dxa"/>
            <w:noWrap/>
            <w:vAlign w:val="bottom"/>
            <w:hideMark/>
          </w:tcPr>
          <w:p w14:paraId="2904771C" w14:textId="77777777" w:rsidR="009B1C8B" w:rsidRPr="00EC1210" w:rsidRDefault="009B1C8B" w:rsidP="009B1C8B">
            <w:pPr>
              <w:spacing w:after="0" w:line="240" w:lineRule="auto"/>
              <w:rPr>
                <w:rFonts w:ascii="Century Schoolbook" w:eastAsia="Times New Roman" w:hAnsi="Century Schoolbook" w:cs="Microsoft Sans Serif"/>
              </w:rPr>
            </w:pPr>
            <w:proofErr w:type="spellStart"/>
            <w:r w:rsidRPr="00EC1210">
              <w:rPr>
                <w:rFonts w:ascii="Century Schoolbook" w:eastAsia="Times New Roman" w:hAnsi="Century Schoolbook" w:cs="Microsoft Sans Serif"/>
              </w:rPr>
              <w:t>Wawancara</w:t>
            </w:r>
            <w:proofErr w:type="spellEnd"/>
            <w:r w:rsidRPr="00EC1210">
              <w:rPr>
                <w:rFonts w:ascii="Century Schoolbook" w:eastAsia="Times New Roman" w:hAnsi="Century Schoolbook" w:cs="Microsoft Sans Serif"/>
              </w:rPr>
              <w:t>/</w:t>
            </w:r>
            <w:proofErr w:type="spellStart"/>
            <w:r w:rsidRPr="00EC1210">
              <w:rPr>
                <w:rFonts w:ascii="Century Schoolbook" w:eastAsia="Times New Roman" w:hAnsi="Century Schoolbook" w:cs="Microsoft Sans Serif"/>
              </w:rPr>
              <w:t>survei</w:t>
            </w:r>
            <w:proofErr w:type="spellEnd"/>
            <w:r w:rsidRPr="00EC1210">
              <w:rPr>
                <w:rFonts w:ascii="Century Schoolbook" w:eastAsia="Times New Roman" w:hAnsi="Century Schoolbook" w:cs="Microsoft Sans Serif"/>
              </w:rPr>
              <w:t xml:space="preserve"> </w:t>
            </w:r>
            <w:proofErr w:type="spellStart"/>
            <w:r w:rsidRPr="00EC1210">
              <w:rPr>
                <w:rFonts w:ascii="Century Schoolbook" w:eastAsia="Times New Roman" w:hAnsi="Century Schoolbook" w:cs="Microsoft Sans Serif"/>
              </w:rPr>
              <w:t>layak</w:t>
            </w:r>
            <w:proofErr w:type="spellEnd"/>
            <w:r w:rsidRPr="00EC1210">
              <w:rPr>
                <w:rFonts w:ascii="Century Schoolbook" w:eastAsia="Times New Roman" w:hAnsi="Century Schoolbook" w:cs="Microsoft Sans Serif"/>
              </w:rPr>
              <w:t xml:space="preserve"> </w:t>
            </w:r>
            <w:proofErr w:type="spellStart"/>
            <w:r w:rsidRPr="00EC1210">
              <w:rPr>
                <w:rFonts w:ascii="Century Schoolbook" w:eastAsia="Times New Roman" w:hAnsi="Century Schoolbook" w:cs="Microsoft Sans Serif"/>
              </w:rPr>
              <w:t>bantu</w:t>
            </w:r>
            <w:proofErr w:type="spellEnd"/>
          </w:p>
        </w:tc>
        <w:tc>
          <w:tcPr>
            <w:tcW w:w="1149" w:type="dxa"/>
            <w:noWrap/>
            <w:vAlign w:val="bottom"/>
            <w:hideMark/>
          </w:tcPr>
          <w:p w14:paraId="2B5A3C73" w14:textId="77777777" w:rsidR="009B1C8B" w:rsidRPr="00EC1210" w:rsidRDefault="009B1C8B" w:rsidP="009B1C8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10%</w:t>
            </w:r>
          </w:p>
        </w:tc>
      </w:tr>
      <w:tr w:rsidR="00EC1210" w:rsidRPr="00EC1210" w14:paraId="5AE3DE1E" w14:textId="77777777" w:rsidTr="00AB4ADB">
        <w:trPr>
          <w:trHeight w:val="315"/>
        </w:trPr>
        <w:tc>
          <w:tcPr>
            <w:tcW w:w="3949" w:type="dxa"/>
            <w:gridSpan w:val="2"/>
            <w:tcBorders>
              <w:bottom w:val="single" w:sz="4" w:space="0" w:color="auto"/>
            </w:tcBorders>
            <w:noWrap/>
            <w:vAlign w:val="bottom"/>
            <w:hideMark/>
          </w:tcPr>
          <w:p w14:paraId="539832A5" w14:textId="77777777" w:rsidR="009B1C8B" w:rsidRPr="00EC1210" w:rsidRDefault="009B1C8B" w:rsidP="009B1C8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Total</w:t>
            </w:r>
          </w:p>
        </w:tc>
        <w:tc>
          <w:tcPr>
            <w:tcW w:w="1149" w:type="dxa"/>
            <w:tcBorders>
              <w:bottom w:val="single" w:sz="4" w:space="0" w:color="auto"/>
            </w:tcBorders>
            <w:noWrap/>
            <w:vAlign w:val="bottom"/>
            <w:hideMark/>
          </w:tcPr>
          <w:p w14:paraId="10DBCA12" w14:textId="77777777" w:rsidR="009B1C8B" w:rsidRPr="00EC1210" w:rsidRDefault="009B1C8B" w:rsidP="009B1C8B">
            <w:pPr>
              <w:spacing w:after="0" w:line="240" w:lineRule="auto"/>
              <w:jc w:val="center"/>
              <w:rPr>
                <w:rFonts w:ascii="Century Schoolbook" w:eastAsia="Times New Roman" w:hAnsi="Century Schoolbook" w:cs="Microsoft Sans Serif"/>
              </w:rPr>
            </w:pPr>
            <w:r w:rsidRPr="00EC1210">
              <w:rPr>
                <w:rFonts w:ascii="Century Schoolbook" w:eastAsia="Times New Roman" w:hAnsi="Century Schoolbook" w:cs="Microsoft Sans Serif"/>
              </w:rPr>
              <w:t>100%</w:t>
            </w:r>
          </w:p>
        </w:tc>
      </w:tr>
      <w:bookmarkEnd w:id="0"/>
    </w:tbl>
    <w:p w14:paraId="1A002070" w14:textId="77777777" w:rsidR="008B1075" w:rsidRDefault="008B1075" w:rsidP="008B1075">
      <w:pPr>
        <w:spacing w:line="240" w:lineRule="auto"/>
        <w:jc w:val="center"/>
        <w:rPr>
          <w:rFonts w:ascii="Microsoft Sans Serif" w:hAnsi="Microsoft Sans Serif" w:cs="Microsoft Sans Serif"/>
          <w:noProof/>
          <w:sz w:val="22"/>
          <w:lang w:val="id-ID"/>
        </w:rPr>
      </w:pPr>
    </w:p>
    <w:p w14:paraId="36E6F0B6" w14:textId="196D87D1" w:rsidR="008B1075" w:rsidRPr="008B1075" w:rsidRDefault="008B1075" w:rsidP="008B1075">
      <w:pPr>
        <w:spacing w:line="240" w:lineRule="auto"/>
        <w:jc w:val="center"/>
        <w:rPr>
          <w:rFonts w:ascii="Century Schoolbook" w:hAnsi="Century Schoolbook" w:cs="Microsoft Sans Serif"/>
          <w:noProof/>
          <w:lang w:val="id-ID"/>
        </w:rPr>
      </w:pPr>
      <w:r w:rsidRPr="008B1075">
        <w:rPr>
          <w:rFonts w:ascii="Century Schoolbook" w:hAnsi="Century Schoolbook" w:cs="Microsoft Sans Serif"/>
          <w:noProof/>
          <w:lang w:val="id-ID"/>
        </w:rPr>
        <w:t>[Tempatkan gambar atau grafik di sini]</w:t>
      </w:r>
    </w:p>
    <w:p w14:paraId="1B8994B8" w14:textId="61FD009F" w:rsidR="008B1075" w:rsidRPr="00FA5198" w:rsidRDefault="008B1075" w:rsidP="008B1075">
      <w:pPr>
        <w:spacing w:line="240" w:lineRule="auto"/>
        <w:jc w:val="center"/>
        <w:rPr>
          <w:rFonts w:ascii="Century Schoolbook" w:hAnsi="Century Schoolbook" w:cs="Microsoft Sans Serif"/>
          <w:b/>
          <w:bCs/>
          <w:noProof/>
          <w:lang w:val="id-ID"/>
        </w:rPr>
      </w:pPr>
      <w:r w:rsidRPr="00FA5198">
        <w:rPr>
          <w:rFonts w:ascii="Century Schoolbook" w:hAnsi="Century Schoolbook" w:cs="Microsoft Sans Serif"/>
          <w:b/>
          <w:bCs/>
          <w:noProof/>
          <w:lang w:val="id-ID"/>
        </w:rPr>
        <w:t>Gambar 1. Contoh Diagram atau Gambar Ilustratif</w:t>
      </w:r>
    </w:p>
    <w:p w14:paraId="75193547" w14:textId="104990BD" w:rsidR="00D52320" w:rsidRPr="00EC1210" w:rsidRDefault="004149CE" w:rsidP="004C2D10">
      <w:pPr>
        <w:pStyle w:val="Heading1"/>
        <w:jc w:val="center"/>
        <w:rPr>
          <w:rFonts w:ascii="Century Schoolbook" w:hAnsi="Century Schoolbook" w:cs="Microsoft Sans Serif"/>
          <w:noProof/>
          <w:color w:val="auto"/>
          <w:sz w:val="20"/>
          <w:szCs w:val="20"/>
        </w:rPr>
      </w:pPr>
      <w:r w:rsidRPr="00EC1210">
        <w:rPr>
          <w:rFonts w:ascii="Century Schoolbook" w:hAnsi="Century Schoolbook" w:cs="Microsoft Sans Serif"/>
          <w:b/>
          <w:bCs/>
          <w:noProof/>
          <w:color w:val="auto"/>
          <w:sz w:val="20"/>
          <w:szCs w:val="20"/>
          <w:lang w:val="id-ID"/>
        </w:rPr>
        <w:t>KESIMPULAN</w:t>
      </w:r>
      <w:r w:rsidR="008B1075">
        <w:rPr>
          <w:rFonts w:ascii="Century Schoolbook" w:hAnsi="Century Schoolbook" w:cs="Microsoft Sans Serif"/>
          <w:b/>
          <w:bCs/>
          <w:noProof/>
          <w:color w:val="auto"/>
          <w:sz w:val="20"/>
          <w:szCs w:val="20"/>
          <w:lang w:val="id-ID"/>
        </w:rPr>
        <w:t xml:space="preserve"> </w:t>
      </w:r>
      <w:r w:rsidR="008B1075" w:rsidRPr="008B1075">
        <w:rPr>
          <w:rFonts w:ascii="Century Schoolbook" w:hAnsi="Century Schoolbook" w:cs="Microsoft Sans Serif"/>
          <w:b/>
          <w:bCs/>
          <w:noProof/>
          <w:color w:val="000000" w:themeColor="text1"/>
          <w:sz w:val="20"/>
          <w:szCs w:val="20"/>
          <w:lang w:val="id-ID"/>
        </w:rPr>
        <w:t>(</w:t>
      </w:r>
      <w:r w:rsidR="008B1075" w:rsidRPr="008B1075">
        <w:rPr>
          <w:rFonts w:ascii="Century Schoolbook" w:hAnsi="Century Schoolbook" w:cs="Microsoft Sans Serif"/>
          <w:b/>
          <w:bCs/>
          <w:noProof/>
          <w:color w:val="000000" w:themeColor="text1"/>
          <w:sz w:val="20"/>
          <w:szCs w:val="20"/>
        </w:rPr>
        <w:t>Century Schoolbok Serif</w:t>
      </w:r>
      <w:r w:rsidR="008B1075" w:rsidRPr="008B1075">
        <w:rPr>
          <w:rFonts w:ascii="Century Schoolbook" w:hAnsi="Century Schoolbook" w:cs="Microsoft Sans Serif"/>
          <w:b/>
          <w:bCs/>
          <w:noProof/>
          <w:color w:val="000000" w:themeColor="text1"/>
          <w:sz w:val="20"/>
          <w:szCs w:val="20"/>
          <w:lang w:val="id-ID"/>
        </w:rPr>
        <w:t xml:space="preserve"> 1</w:t>
      </w:r>
      <w:r w:rsidR="008B1075" w:rsidRPr="008B1075">
        <w:rPr>
          <w:rFonts w:ascii="Century Schoolbook" w:hAnsi="Century Schoolbook" w:cs="Microsoft Sans Serif"/>
          <w:b/>
          <w:bCs/>
          <w:noProof/>
          <w:color w:val="000000" w:themeColor="text1"/>
          <w:sz w:val="20"/>
          <w:szCs w:val="20"/>
        </w:rPr>
        <w:t>0</w:t>
      </w:r>
      <w:r w:rsidR="008B1075" w:rsidRPr="008B1075">
        <w:rPr>
          <w:rFonts w:ascii="Century Schoolbook" w:hAnsi="Century Schoolbook" w:cs="Microsoft Sans Serif"/>
          <w:b/>
          <w:bCs/>
          <w:noProof/>
          <w:color w:val="000000" w:themeColor="text1"/>
          <w:sz w:val="20"/>
          <w:szCs w:val="20"/>
          <w:lang w:val="id-ID"/>
        </w:rPr>
        <w:t xml:space="preserve"> pt, Bold)</w:t>
      </w:r>
    </w:p>
    <w:p w14:paraId="672AEDE8" w14:textId="5675C39B" w:rsidR="0053062F" w:rsidRPr="008B1075" w:rsidRDefault="008B1075" w:rsidP="00D6160E">
      <w:pPr>
        <w:spacing w:after="0" w:line="240" w:lineRule="auto"/>
        <w:jc w:val="both"/>
        <w:rPr>
          <w:rFonts w:ascii="Century Schoolbook" w:hAnsi="Century Schoolbook" w:cs="Microsoft Sans Serif"/>
          <w:noProof/>
        </w:rPr>
      </w:pPr>
      <w:r w:rsidRPr="008B1075">
        <w:rPr>
          <w:rFonts w:ascii="Century Schoolbook" w:hAnsi="Century Schoolbook" w:cs="Microsoft Sans Serif"/>
          <w:noProof/>
          <w:lang w:val="id-ID"/>
        </w:rPr>
        <w:t>Berikan kesimpulan yang ringkas dan jelas berdasarkan hasil penelitian. Sampaikan juga saran atau rekomendasi jika diperlukan. Jangan mengulang isi pembahasan secara literal</w:t>
      </w:r>
      <w:r w:rsidR="00A15B5C" w:rsidRPr="008B1075">
        <w:rPr>
          <w:rFonts w:ascii="Century Schoolbook" w:hAnsi="Century Schoolbook" w:cs="Microsoft Sans Serif"/>
          <w:noProof/>
        </w:rPr>
        <w:t>.</w:t>
      </w:r>
    </w:p>
    <w:p w14:paraId="5898B4DA" w14:textId="77777777" w:rsidR="004C2D10" w:rsidRPr="00EC1210" w:rsidRDefault="004C2D10" w:rsidP="00D6160E">
      <w:pPr>
        <w:spacing w:after="0" w:line="240" w:lineRule="auto"/>
        <w:jc w:val="both"/>
        <w:rPr>
          <w:rFonts w:ascii="Century Schoolbook" w:hAnsi="Century Schoolbook" w:cs="Microsoft Sans Serif"/>
          <w:noProof/>
        </w:rPr>
      </w:pPr>
    </w:p>
    <w:p w14:paraId="0982C372" w14:textId="197C280D" w:rsidR="00D52320" w:rsidRPr="00EC1210" w:rsidRDefault="004149CE" w:rsidP="004C2D10">
      <w:pPr>
        <w:pStyle w:val="Heading1"/>
        <w:spacing w:before="0"/>
        <w:jc w:val="center"/>
        <w:rPr>
          <w:rFonts w:ascii="Century Schoolbook" w:hAnsi="Century Schoolbook" w:cs="Microsoft Sans Serif"/>
          <w:noProof/>
          <w:color w:val="auto"/>
          <w:sz w:val="20"/>
          <w:szCs w:val="20"/>
        </w:rPr>
      </w:pPr>
      <w:r w:rsidRPr="00EC1210">
        <w:rPr>
          <w:rFonts w:ascii="Century Schoolbook" w:hAnsi="Century Schoolbook" w:cs="Microsoft Sans Serif"/>
          <w:b/>
          <w:bCs/>
          <w:noProof/>
          <w:color w:val="auto"/>
          <w:sz w:val="20"/>
          <w:szCs w:val="20"/>
          <w:lang w:val="id-ID"/>
        </w:rPr>
        <w:t>UCAPAN TERIMA KASIH</w:t>
      </w:r>
      <w:r w:rsidR="008B1075">
        <w:rPr>
          <w:rFonts w:ascii="Century Schoolbook" w:hAnsi="Century Schoolbook" w:cs="Microsoft Sans Serif"/>
          <w:b/>
          <w:bCs/>
          <w:noProof/>
          <w:color w:val="auto"/>
          <w:sz w:val="20"/>
          <w:szCs w:val="20"/>
          <w:lang w:val="id-ID"/>
        </w:rPr>
        <w:t xml:space="preserve"> </w:t>
      </w:r>
      <w:r w:rsidR="008B1075" w:rsidRPr="008B1075">
        <w:rPr>
          <w:rFonts w:ascii="Century Schoolbook" w:hAnsi="Century Schoolbook" w:cs="Microsoft Sans Serif"/>
          <w:b/>
          <w:bCs/>
          <w:noProof/>
          <w:color w:val="000000" w:themeColor="text1"/>
          <w:sz w:val="20"/>
          <w:szCs w:val="20"/>
          <w:lang w:val="id-ID"/>
        </w:rPr>
        <w:t>(</w:t>
      </w:r>
      <w:r w:rsidR="008B1075" w:rsidRPr="008B1075">
        <w:rPr>
          <w:rFonts w:ascii="Century Schoolbook" w:hAnsi="Century Schoolbook" w:cs="Microsoft Sans Serif"/>
          <w:b/>
          <w:bCs/>
          <w:noProof/>
          <w:color w:val="000000" w:themeColor="text1"/>
          <w:sz w:val="20"/>
          <w:szCs w:val="20"/>
        </w:rPr>
        <w:t>Century Schoolbok Serif</w:t>
      </w:r>
      <w:r w:rsidR="008B1075" w:rsidRPr="008B1075">
        <w:rPr>
          <w:rFonts w:ascii="Century Schoolbook" w:hAnsi="Century Schoolbook" w:cs="Microsoft Sans Serif"/>
          <w:b/>
          <w:bCs/>
          <w:noProof/>
          <w:color w:val="000000" w:themeColor="text1"/>
          <w:sz w:val="20"/>
          <w:szCs w:val="20"/>
          <w:lang w:val="id-ID"/>
        </w:rPr>
        <w:t xml:space="preserve"> 1</w:t>
      </w:r>
      <w:r w:rsidR="008B1075" w:rsidRPr="008B1075">
        <w:rPr>
          <w:rFonts w:ascii="Century Schoolbook" w:hAnsi="Century Schoolbook" w:cs="Microsoft Sans Serif"/>
          <w:b/>
          <w:bCs/>
          <w:noProof/>
          <w:color w:val="000000" w:themeColor="text1"/>
          <w:sz w:val="20"/>
          <w:szCs w:val="20"/>
        </w:rPr>
        <w:t>0</w:t>
      </w:r>
      <w:r w:rsidR="008B1075" w:rsidRPr="008B1075">
        <w:rPr>
          <w:rFonts w:ascii="Century Schoolbook" w:hAnsi="Century Schoolbook" w:cs="Microsoft Sans Serif"/>
          <w:b/>
          <w:bCs/>
          <w:noProof/>
          <w:color w:val="000000" w:themeColor="text1"/>
          <w:sz w:val="20"/>
          <w:szCs w:val="20"/>
          <w:lang w:val="id-ID"/>
        </w:rPr>
        <w:t xml:space="preserve"> pt, Bold)</w:t>
      </w:r>
    </w:p>
    <w:p w14:paraId="54CE5390" w14:textId="2F17DC1D" w:rsidR="004C2D10" w:rsidRPr="0017632C" w:rsidRDefault="0017632C" w:rsidP="00D6160E">
      <w:pPr>
        <w:spacing w:after="0" w:line="240" w:lineRule="auto"/>
        <w:jc w:val="both"/>
        <w:rPr>
          <w:rFonts w:ascii="Century Schoolbook" w:hAnsi="Century Schoolbook" w:cs="Microsoft Sans Serif"/>
          <w:noProof/>
          <w:lang w:val="id-ID"/>
        </w:rPr>
      </w:pPr>
      <w:r w:rsidRPr="0017632C">
        <w:rPr>
          <w:rFonts w:ascii="Century Schoolbook" w:hAnsi="Century Schoolbook" w:cs="Microsoft Sans Serif"/>
          <w:noProof/>
          <w:lang w:val="id-ID"/>
        </w:rPr>
        <w:t>Bagian ini bersifat opsional dan dapat digunakan untuk mengapresiasi bantuan dana, fasilitas, atau kontribusi individu tertentu</w:t>
      </w:r>
    </w:p>
    <w:p w14:paraId="41216199" w14:textId="77777777" w:rsidR="0017632C" w:rsidRPr="00EC1210" w:rsidRDefault="0017632C" w:rsidP="00D6160E">
      <w:pPr>
        <w:spacing w:after="0" w:line="240" w:lineRule="auto"/>
        <w:jc w:val="both"/>
        <w:rPr>
          <w:rFonts w:ascii="Century Schoolbook" w:hAnsi="Century Schoolbook" w:cs="Microsoft Sans Serif"/>
          <w:noProof/>
        </w:rPr>
      </w:pPr>
    </w:p>
    <w:p w14:paraId="5D16B93C" w14:textId="243B7C18" w:rsidR="00D52320" w:rsidRPr="00EC1210" w:rsidRDefault="004149CE" w:rsidP="004C2D10">
      <w:pPr>
        <w:pStyle w:val="Heading1"/>
        <w:spacing w:before="0"/>
        <w:jc w:val="center"/>
        <w:rPr>
          <w:rFonts w:ascii="Century Schoolbook" w:hAnsi="Century Schoolbook" w:cs="Microsoft Sans Serif"/>
          <w:noProof/>
          <w:color w:val="auto"/>
          <w:sz w:val="20"/>
          <w:szCs w:val="20"/>
        </w:rPr>
      </w:pPr>
      <w:r w:rsidRPr="00EC1210">
        <w:rPr>
          <w:rFonts w:ascii="Century Schoolbook" w:hAnsi="Century Schoolbook" w:cs="Microsoft Sans Serif"/>
          <w:b/>
          <w:bCs/>
          <w:noProof/>
          <w:color w:val="auto"/>
          <w:sz w:val="20"/>
          <w:szCs w:val="20"/>
          <w:lang w:val="id-ID"/>
        </w:rPr>
        <w:t>DAFTAR PUSTAKA</w:t>
      </w:r>
      <w:r w:rsidR="008B1075">
        <w:rPr>
          <w:rFonts w:ascii="Century Schoolbook" w:hAnsi="Century Schoolbook" w:cs="Microsoft Sans Serif"/>
          <w:b/>
          <w:bCs/>
          <w:noProof/>
          <w:color w:val="auto"/>
          <w:sz w:val="20"/>
          <w:szCs w:val="20"/>
          <w:lang w:val="id-ID"/>
        </w:rPr>
        <w:t xml:space="preserve"> </w:t>
      </w:r>
      <w:r w:rsidR="008B1075" w:rsidRPr="008B1075">
        <w:rPr>
          <w:rFonts w:ascii="Century Schoolbook" w:hAnsi="Century Schoolbook" w:cs="Microsoft Sans Serif"/>
          <w:b/>
          <w:bCs/>
          <w:noProof/>
          <w:color w:val="000000" w:themeColor="text1"/>
          <w:sz w:val="20"/>
          <w:szCs w:val="20"/>
          <w:lang w:val="id-ID"/>
        </w:rPr>
        <w:t>(</w:t>
      </w:r>
      <w:r w:rsidR="008B1075" w:rsidRPr="008B1075">
        <w:rPr>
          <w:rFonts w:ascii="Century Schoolbook" w:hAnsi="Century Schoolbook" w:cs="Microsoft Sans Serif"/>
          <w:b/>
          <w:bCs/>
          <w:noProof/>
          <w:color w:val="000000" w:themeColor="text1"/>
          <w:sz w:val="20"/>
          <w:szCs w:val="20"/>
        </w:rPr>
        <w:t>Century Schoolbok Serif</w:t>
      </w:r>
      <w:r w:rsidR="008B1075" w:rsidRPr="008B1075">
        <w:rPr>
          <w:rFonts w:ascii="Century Schoolbook" w:hAnsi="Century Schoolbook" w:cs="Microsoft Sans Serif"/>
          <w:b/>
          <w:bCs/>
          <w:noProof/>
          <w:color w:val="000000" w:themeColor="text1"/>
          <w:sz w:val="20"/>
          <w:szCs w:val="20"/>
          <w:lang w:val="id-ID"/>
        </w:rPr>
        <w:t xml:space="preserve"> 1</w:t>
      </w:r>
      <w:r w:rsidR="008B1075" w:rsidRPr="008B1075">
        <w:rPr>
          <w:rFonts w:ascii="Century Schoolbook" w:hAnsi="Century Schoolbook" w:cs="Microsoft Sans Serif"/>
          <w:b/>
          <w:bCs/>
          <w:noProof/>
          <w:color w:val="000000" w:themeColor="text1"/>
          <w:sz w:val="20"/>
          <w:szCs w:val="20"/>
        </w:rPr>
        <w:t>0</w:t>
      </w:r>
      <w:r w:rsidR="008B1075" w:rsidRPr="008B1075">
        <w:rPr>
          <w:rFonts w:ascii="Century Schoolbook" w:hAnsi="Century Schoolbook" w:cs="Microsoft Sans Serif"/>
          <w:b/>
          <w:bCs/>
          <w:noProof/>
          <w:color w:val="000000" w:themeColor="text1"/>
          <w:sz w:val="20"/>
          <w:szCs w:val="20"/>
          <w:lang w:val="id-ID"/>
        </w:rPr>
        <w:t xml:space="preserve"> pt, Bold)</w:t>
      </w:r>
    </w:p>
    <w:p w14:paraId="7AC09507" w14:textId="60FEA004" w:rsidR="0017632C" w:rsidRPr="0017632C" w:rsidRDefault="0017632C" w:rsidP="0017632C">
      <w:pPr>
        <w:spacing w:line="240" w:lineRule="auto"/>
        <w:jc w:val="both"/>
        <w:rPr>
          <w:rFonts w:ascii="Century Schoolbook" w:hAnsi="Century Schoolbook" w:cs="Microsoft Sans Serif"/>
          <w:noProof/>
        </w:rPr>
      </w:pPr>
      <w:r w:rsidRPr="0017632C">
        <w:rPr>
          <w:rFonts w:ascii="Century Schoolbook" w:hAnsi="Century Schoolbook" w:cs="Microsoft Sans Serif"/>
          <w:noProof/>
          <w:lang w:val="id-ID"/>
        </w:rPr>
        <w:t xml:space="preserve">Cantumkan semua referensi yang dikutip dalam naskah. Gunakan format kutipan </w:t>
      </w:r>
      <w:r w:rsidRPr="0017632C">
        <w:rPr>
          <w:rFonts w:ascii="Century Schoolbook" w:hAnsi="Century Schoolbook" w:cs="Microsoft Sans Serif"/>
          <w:noProof/>
        </w:rPr>
        <w:t xml:space="preserve">menggunakan IEEE. </w:t>
      </w:r>
      <w:r>
        <w:rPr>
          <w:rFonts w:ascii="Century Schoolbook" w:hAnsi="Century Schoolbook" w:cs="Microsoft Sans Serif"/>
          <w:noProof/>
        </w:rPr>
        <w:t>(Referensi 8 tahun terakhir dengan jumlah sitasi minimal 15 referensi)</w:t>
      </w:r>
    </w:p>
    <w:p w14:paraId="492216F8" w14:textId="77777777" w:rsidR="0017632C" w:rsidRPr="0017632C" w:rsidRDefault="0017632C" w:rsidP="0017632C">
      <w:pPr>
        <w:rPr>
          <w:rFonts w:ascii="Century Schoolbook" w:hAnsi="Century Schoolbook" w:cs="Microsoft Sans Serif"/>
          <w:noProof/>
          <w:lang w:val="id-ID"/>
        </w:rPr>
      </w:pPr>
      <w:r w:rsidRPr="0017632C">
        <w:rPr>
          <w:rFonts w:ascii="Century Schoolbook" w:hAnsi="Century Schoolbook" w:cs="Microsoft Sans Serif"/>
          <w:b/>
          <w:noProof/>
          <w:lang w:val="id-ID"/>
        </w:rPr>
        <w:t>Contoh Referensi:</w:t>
      </w:r>
    </w:p>
    <w:p w14:paraId="3BD7F173" w14:textId="77777777" w:rsidR="0017632C" w:rsidRPr="0017632C" w:rsidRDefault="0017632C" w:rsidP="0017632C">
      <w:pPr>
        <w:spacing w:line="240" w:lineRule="auto"/>
        <w:jc w:val="both"/>
        <w:rPr>
          <w:rFonts w:ascii="Century Schoolbook" w:hAnsi="Century Schoolbook" w:cs="Microsoft Sans Serif"/>
          <w:noProof/>
          <w:lang w:val="id-ID"/>
        </w:rPr>
      </w:pPr>
      <w:r w:rsidRPr="0017632C">
        <w:rPr>
          <w:rFonts w:ascii="Century Schoolbook" w:hAnsi="Century Schoolbook" w:cs="Microsoft Sans Serif"/>
          <w:noProof/>
          <w:lang w:val="id-ID"/>
        </w:rPr>
        <w:t>[1] J. Smith, A. Johnson, and B. Lee, "Artificial Intelligence in Healthcare," Journal of Medical Research, vol. 10, no. 2, pp. 123-145, 2023.</w:t>
      </w:r>
    </w:p>
    <w:p w14:paraId="66569BF2" w14:textId="77777777" w:rsidR="0017632C" w:rsidRPr="0017632C" w:rsidRDefault="0017632C" w:rsidP="0017632C">
      <w:pPr>
        <w:spacing w:line="240" w:lineRule="auto"/>
        <w:jc w:val="both"/>
        <w:rPr>
          <w:rFonts w:ascii="Century Schoolbook" w:hAnsi="Century Schoolbook" w:cs="Microsoft Sans Serif"/>
          <w:noProof/>
          <w:lang w:val="id-ID"/>
        </w:rPr>
      </w:pPr>
      <w:r w:rsidRPr="0017632C">
        <w:rPr>
          <w:rFonts w:ascii="Century Schoolbook" w:hAnsi="Century Schoolbook" w:cs="Microsoft Sans Serif"/>
          <w:noProof/>
          <w:lang w:val="id-ID"/>
        </w:rPr>
        <w:t>[2] C. Wang, "Renewable Energy Sources," in Proceedings of the International Conference on Sustainable Energy, Singapore, 2024, pp. 50-55.</w:t>
      </w:r>
    </w:p>
    <w:p w14:paraId="23A98495" w14:textId="77777777" w:rsidR="0017632C" w:rsidRPr="0017632C" w:rsidRDefault="0017632C" w:rsidP="0017632C">
      <w:pPr>
        <w:spacing w:line="240" w:lineRule="auto"/>
        <w:jc w:val="both"/>
        <w:rPr>
          <w:rFonts w:ascii="Century Schoolbook" w:hAnsi="Century Schoolbook" w:cs="Microsoft Sans Serif"/>
          <w:noProof/>
          <w:lang w:val="id-ID"/>
        </w:rPr>
      </w:pPr>
      <w:r w:rsidRPr="0017632C">
        <w:rPr>
          <w:rFonts w:ascii="Century Schoolbook" w:hAnsi="Century Schoolbook" w:cs="Microsoft Sans Serif"/>
          <w:noProof/>
          <w:lang w:val="id-ID"/>
        </w:rPr>
        <w:t>[3] R. Patel, "Internet of Things: A Comprehensive Overview," IEEE Transactions on Emerging Topics in Computing, vol. 5, no. 3, pp. 10-25, 2024.</w:t>
      </w:r>
    </w:p>
    <w:p w14:paraId="7D71B8E7" w14:textId="5FB9ECDC" w:rsidR="00D52320" w:rsidRPr="00EC1210" w:rsidRDefault="00D52320" w:rsidP="0017632C">
      <w:pPr>
        <w:widowControl w:val="0"/>
        <w:autoSpaceDE w:val="0"/>
        <w:autoSpaceDN w:val="0"/>
        <w:adjustRightInd w:val="0"/>
        <w:spacing w:after="0" w:line="240" w:lineRule="auto"/>
        <w:ind w:left="567" w:hanging="567"/>
        <w:jc w:val="both"/>
        <w:rPr>
          <w:rFonts w:ascii="Century Schoolbook" w:hAnsi="Century Schoolbook" w:cs="Microsoft Sans Serif"/>
          <w:noProof/>
          <w:lang w:val="id-ID"/>
        </w:rPr>
      </w:pPr>
    </w:p>
    <w:sectPr w:rsidR="00D52320" w:rsidRPr="00EC1210" w:rsidSect="0017632C">
      <w:headerReference w:type="even" r:id="rId8"/>
      <w:headerReference w:type="default" r:id="rId9"/>
      <w:footerReference w:type="even" r:id="rId10"/>
      <w:footerReference w:type="default" r:id="rId11"/>
      <w:pgSz w:w="12240" w:h="15840"/>
      <w:pgMar w:top="1701" w:right="1701" w:bottom="1701" w:left="2268"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A181F" w14:textId="77777777" w:rsidR="00F67734" w:rsidRDefault="00F67734">
      <w:pPr>
        <w:spacing w:after="0" w:line="240" w:lineRule="auto"/>
      </w:pPr>
      <w:r>
        <w:separator/>
      </w:r>
    </w:p>
  </w:endnote>
  <w:endnote w:type="continuationSeparator" w:id="0">
    <w:p w14:paraId="62CAB21E" w14:textId="77777777" w:rsidR="00F67734" w:rsidRDefault="00F677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7387425"/>
      <w:docPartObj>
        <w:docPartGallery w:val="Page Numbers (Bottom of Page)"/>
        <w:docPartUnique/>
      </w:docPartObj>
    </w:sdtPr>
    <w:sdtContent>
      <w:p w14:paraId="2C4C8EFD" w14:textId="327159C0" w:rsidR="008560E2" w:rsidRDefault="00C13C43">
        <w:pPr>
          <w:pStyle w:val="Footer"/>
          <w:jc w:val="right"/>
        </w:pPr>
        <w:r w:rsidRPr="00582539">
          <w:rPr>
            <w:rFonts w:ascii="Century Schoolbook" w:hAnsi="Century Schoolbook"/>
            <w:noProof/>
          </w:rPr>
          <mc:AlternateContent>
            <mc:Choice Requires="wps">
              <w:drawing>
                <wp:anchor distT="0" distB="0" distL="114300" distR="114300" simplePos="0" relativeHeight="251659264" behindDoc="0" locked="0" layoutInCell="1" allowOverlap="1" wp14:anchorId="418CEA40" wp14:editId="3A593F6F">
                  <wp:simplePos x="0" y="0"/>
                  <wp:positionH relativeFrom="column">
                    <wp:posOffset>0</wp:posOffset>
                  </wp:positionH>
                  <wp:positionV relativeFrom="paragraph">
                    <wp:posOffset>85725</wp:posOffset>
                  </wp:positionV>
                  <wp:extent cx="4591050" cy="0"/>
                  <wp:effectExtent l="0" t="0" r="0" b="0"/>
                  <wp:wrapNone/>
                  <wp:docPr id="5" name="Straight Connector 3"/>
                  <wp:cNvGraphicFramePr/>
                  <a:graphic xmlns:a="http://schemas.openxmlformats.org/drawingml/2006/main">
                    <a:graphicData uri="http://schemas.microsoft.com/office/word/2010/wordprocessingShape">
                      <wps:wsp>
                        <wps:cNvCnPr/>
                        <wps:spPr>
                          <a:xfrm>
                            <a:off x="0" y="0"/>
                            <a:ext cx="4591050" cy="0"/>
                          </a:xfrm>
                          <a:prstGeom prst="line">
                            <a:avLst/>
                          </a:prstGeom>
                          <a:ln w="19050" cap="flat" cmpd="sng" algn="ctr">
                            <a:solidFill>
                              <a:srgbClr val="002060"/>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V relativeFrom="margin">
                    <wp14:pctHeight>0</wp14:pctHeight>
                  </wp14:sizeRelV>
                </wp:anchor>
              </w:drawing>
            </mc:Choice>
            <mc:Fallback>
              <w:pict>
                <v:line w14:anchorId="6A89E767" id="Straight Connector 3"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6.75pt" to="361.5pt,6.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" strokecolor="#002060" strokeweight="1.5pt">
                  <v:stroke dashstyle="dash"/>
                </v:line>
              </w:pict>
            </mc:Fallback>
          </mc:AlternateContent>
        </w:r>
        <w:r w:rsidR="008560E2">
          <w:t xml:space="preserve">Page | </w:t>
        </w:r>
        <w:r w:rsidR="008560E2" w:rsidRPr="00C13C43">
          <w:rPr>
            <w:rFonts w:ascii="Century Schoolbook" w:hAnsi="Century Schoolbook"/>
          </w:rPr>
          <w:fldChar w:fldCharType="begin"/>
        </w:r>
        <w:r w:rsidR="008560E2" w:rsidRPr="00C13C43">
          <w:rPr>
            <w:rFonts w:ascii="Century Schoolbook" w:hAnsi="Century Schoolbook"/>
          </w:rPr>
          <w:instrText xml:space="preserve"> PAGE   \* MERGEFORMAT </w:instrText>
        </w:r>
        <w:r w:rsidR="008560E2" w:rsidRPr="00C13C43">
          <w:rPr>
            <w:rFonts w:ascii="Century Schoolbook" w:hAnsi="Century Schoolbook"/>
          </w:rPr>
          <w:fldChar w:fldCharType="separate"/>
        </w:r>
        <w:r w:rsidR="008560E2" w:rsidRPr="00C13C43">
          <w:rPr>
            <w:rFonts w:ascii="Century Schoolbook" w:hAnsi="Century Schoolbook"/>
            <w:noProof/>
          </w:rPr>
          <w:t>2</w:t>
        </w:r>
        <w:r w:rsidR="008560E2" w:rsidRPr="00C13C43">
          <w:rPr>
            <w:rFonts w:ascii="Century Schoolbook" w:hAnsi="Century Schoolbook"/>
            <w:noProof/>
          </w:rPr>
          <w:fldChar w:fldCharType="end"/>
        </w:r>
        <w:r w:rsidR="008560E2" w:rsidRPr="00C13C43">
          <w:rPr>
            <w:rFonts w:ascii="Century Schoolbook" w:hAnsi="Century Schoolbook"/>
          </w:rPr>
          <w:t xml:space="preserve"> </w:t>
        </w:r>
      </w:p>
    </w:sdtContent>
  </w:sdt>
  <w:p w14:paraId="1CD859A3" w14:textId="1D62E79D" w:rsidR="008560E2" w:rsidRDefault="008560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entury Schoolbook" w:hAnsi="Century Schoolbook"/>
      </w:rPr>
      <w:id w:val="-96800004"/>
      <w:docPartObj>
        <w:docPartGallery w:val="Page Numbers (Bottom of Page)"/>
        <w:docPartUnique/>
      </w:docPartObj>
    </w:sdtPr>
    <w:sdtContent>
      <w:p w14:paraId="4CD6FE5B" w14:textId="1300CC68" w:rsidR="00D2776B" w:rsidRPr="00C13C43" w:rsidRDefault="00C13C43">
        <w:pPr>
          <w:pStyle w:val="Footer"/>
          <w:jc w:val="right"/>
          <w:rPr>
            <w:rFonts w:ascii="Century Schoolbook" w:hAnsi="Century Schoolbook"/>
          </w:rPr>
        </w:pPr>
        <w:r w:rsidRPr="00C13C43">
          <w:rPr>
            <w:rFonts w:ascii="Century Schoolbook" w:hAnsi="Century Schoolbook"/>
            <w:noProof/>
          </w:rPr>
          <mc:AlternateContent>
            <mc:Choice Requires="wps">
              <w:drawing>
                <wp:anchor distT="0" distB="0" distL="114300" distR="114300" simplePos="0" relativeHeight="251657216" behindDoc="0" locked="0" layoutInCell="1" allowOverlap="1" wp14:anchorId="20AE7BAA" wp14:editId="1B324ABC">
                  <wp:simplePos x="0" y="0"/>
                  <wp:positionH relativeFrom="column">
                    <wp:posOffset>-66675</wp:posOffset>
                  </wp:positionH>
                  <wp:positionV relativeFrom="paragraph">
                    <wp:posOffset>76200</wp:posOffset>
                  </wp:positionV>
                  <wp:extent cx="4591050" cy="0"/>
                  <wp:effectExtent l="0" t="0" r="0" b="0"/>
                  <wp:wrapNone/>
                  <wp:docPr id="765557758" name="Straight Connector 3"/>
                  <wp:cNvGraphicFramePr/>
                  <a:graphic xmlns:a="http://schemas.openxmlformats.org/drawingml/2006/main">
                    <a:graphicData uri="http://schemas.microsoft.com/office/word/2010/wordprocessingShape">
                      <wps:wsp>
                        <wps:cNvCnPr/>
                        <wps:spPr>
                          <a:xfrm>
                            <a:off x="0" y="0"/>
                            <a:ext cx="4591050" cy="0"/>
                          </a:xfrm>
                          <a:prstGeom prst="line">
                            <a:avLst/>
                          </a:prstGeom>
                          <a:ln w="19050" cap="flat" cmpd="sng" algn="ctr">
                            <a:solidFill>
                              <a:srgbClr val="002060"/>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V relativeFrom="margin">
                    <wp14:pctHeight>0</wp14:pctHeight>
                  </wp14:sizeRelV>
                </wp:anchor>
              </w:drawing>
            </mc:Choice>
            <mc:Fallback>
              <w:pict>
                <v:line w14:anchorId="7C746889" id="Straight Connector 3" o:spid="_x0000_s1026" style="position:absolute;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25pt,6pt" to="356.25pt,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" strokecolor="#002060" strokeweight="1.5pt">
                  <v:stroke dashstyle="dash"/>
                </v:line>
              </w:pict>
            </mc:Fallback>
          </mc:AlternateContent>
        </w:r>
        <w:r w:rsidR="00D2776B" w:rsidRPr="00C13C43">
          <w:rPr>
            <w:rFonts w:ascii="Century Schoolbook" w:hAnsi="Century Schoolbook"/>
          </w:rPr>
          <w:t xml:space="preserve">Page | </w:t>
        </w:r>
        <w:r w:rsidR="00D2776B" w:rsidRPr="00C13C43">
          <w:rPr>
            <w:rFonts w:ascii="Century Schoolbook" w:hAnsi="Century Schoolbook"/>
          </w:rPr>
          <w:fldChar w:fldCharType="begin"/>
        </w:r>
        <w:r w:rsidR="00D2776B" w:rsidRPr="00C13C43">
          <w:rPr>
            <w:rFonts w:ascii="Century Schoolbook" w:hAnsi="Century Schoolbook"/>
          </w:rPr>
          <w:instrText xml:space="preserve"> PAGE   \* MERGEFORMAT </w:instrText>
        </w:r>
        <w:r w:rsidR="00D2776B" w:rsidRPr="00C13C43">
          <w:rPr>
            <w:rFonts w:ascii="Century Schoolbook" w:hAnsi="Century Schoolbook"/>
          </w:rPr>
          <w:fldChar w:fldCharType="separate"/>
        </w:r>
        <w:r w:rsidR="00D2776B" w:rsidRPr="00C13C43">
          <w:rPr>
            <w:rFonts w:ascii="Century Schoolbook" w:hAnsi="Century Schoolbook"/>
            <w:noProof/>
          </w:rPr>
          <w:t>2</w:t>
        </w:r>
        <w:r w:rsidR="00D2776B" w:rsidRPr="00C13C43">
          <w:rPr>
            <w:rFonts w:ascii="Century Schoolbook" w:hAnsi="Century Schoolbook"/>
            <w:noProof/>
          </w:rPr>
          <w:fldChar w:fldCharType="end"/>
        </w:r>
        <w:r w:rsidR="00D2776B" w:rsidRPr="00C13C43">
          <w:rPr>
            <w:rFonts w:ascii="Century Schoolbook" w:hAnsi="Century Schoolbook"/>
          </w:rPr>
          <w:t xml:space="preserve"> </w:t>
        </w:r>
      </w:p>
    </w:sdtContent>
  </w:sdt>
  <w:p w14:paraId="4BEEB523" w14:textId="2EE1A3F1" w:rsidR="00D4037D" w:rsidRDefault="00D40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86C81" w14:textId="77777777" w:rsidR="00F67734" w:rsidRDefault="00F67734">
      <w:pPr>
        <w:spacing w:after="0" w:line="240" w:lineRule="auto"/>
      </w:pPr>
      <w:r>
        <w:separator/>
      </w:r>
    </w:p>
  </w:footnote>
  <w:footnote w:type="continuationSeparator" w:id="0">
    <w:p w14:paraId="21398B5E" w14:textId="77777777" w:rsidR="00F67734" w:rsidRDefault="00F677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7D7EC" w14:textId="77777777" w:rsidR="008B3216" w:rsidRPr="008E6CD8" w:rsidRDefault="008B3216" w:rsidP="008B3216">
    <w:pPr>
      <w:pStyle w:val="Header"/>
      <w:jc w:val="right"/>
      <w:rPr>
        <w:b/>
        <w:i/>
        <w:sz w:val="24"/>
        <w:szCs w:val="24"/>
        <w:lang w:val="id-ID"/>
      </w:rPr>
    </w:pPr>
    <w:proofErr w:type="spellStart"/>
    <w:r w:rsidRPr="008E6CD8">
      <w:rPr>
        <w:b/>
        <w:i/>
        <w:sz w:val="24"/>
        <w:szCs w:val="24"/>
        <w:lang w:val="id-ID"/>
      </w:rPr>
      <w:t>Prosising</w:t>
    </w:r>
    <w:proofErr w:type="spellEnd"/>
    <w:r w:rsidRPr="008E6CD8">
      <w:rPr>
        <w:b/>
        <w:i/>
        <w:sz w:val="24"/>
        <w:szCs w:val="24"/>
        <w:lang w:val="id-ID"/>
      </w:rPr>
      <w:t xml:space="preserve"> </w:t>
    </w:r>
    <w:proofErr w:type="spellStart"/>
    <w:r w:rsidRPr="008E6CD8">
      <w:rPr>
        <w:b/>
        <w:i/>
        <w:sz w:val="24"/>
        <w:szCs w:val="24"/>
        <w:lang w:val="id-ID"/>
      </w:rPr>
      <w:t>Semnas</w:t>
    </w:r>
    <w:proofErr w:type="spellEnd"/>
    <w:r w:rsidRPr="008E6CD8">
      <w:rPr>
        <w:b/>
        <w:i/>
        <w:sz w:val="24"/>
        <w:szCs w:val="24"/>
        <w:lang w:val="id-ID"/>
      </w:rPr>
      <w:t xml:space="preserve"> </w:t>
    </w:r>
    <w:r>
      <w:rPr>
        <w:b/>
        <w:i/>
        <w:sz w:val="24"/>
        <w:szCs w:val="24"/>
      </w:rPr>
      <w:t xml:space="preserve">2025 </w:t>
    </w:r>
    <w:r w:rsidRPr="008E6CD8">
      <w:rPr>
        <w:b/>
        <w:i/>
        <w:sz w:val="24"/>
        <w:szCs w:val="24"/>
        <w:lang w:val="id-ID"/>
      </w:rPr>
      <w:t>Sekolah Tinggi Teknologi Dumai</w:t>
    </w:r>
  </w:p>
  <w:p w14:paraId="68A33A72" w14:textId="77777777" w:rsidR="008B3216" w:rsidRPr="008E6CD8" w:rsidRDefault="008B3216" w:rsidP="008B3216">
    <w:pPr>
      <w:pStyle w:val="Header"/>
      <w:jc w:val="right"/>
      <w:rPr>
        <w:b/>
        <w:i/>
        <w:sz w:val="24"/>
        <w:szCs w:val="24"/>
        <w:lang w:val="id-ID"/>
      </w:rPr>
    </w:pPr>
    <w:r w:rsidRPr="008E6CD8">
      <w:rPr>
        <w:b/>
        <w:i/>
        <w:sz w:val="24"/>
        <w:szCs w:val="24"/>
        <w:lang w:val="id-ID"/>
      </w:rPr>
      <w:t>Dumai,</w:t>
    </w:r>
    <w:r>
      <w:rPr>
        <w:b/>
        <w:i/>
        <w:sz w:val="24"/>
        <w:szCs w:val="24"/>
        <w:lang w:val="id-ID"/>
      </w:rPr>
      <w:t xml:space="preserve"> </w:t>
    </w:r>
    <w:r>
      <w:rPr>
        <w:b/>
        <w:i/>
        <w:sz w:val="24"/>
        <w:szCs w:val="24"/>
      </w:rPr>
      <w:t>2</w:t>
    </w:r>
    <w:r>
      <w:rPr>
        <w:b/>
        <w:i/>
        <w:sz w:val="24"/>
        <w:szCs w:val="24"/>
        <w:lang w:val="id-ID"/>
      </w:rPr>
      <w:t xml:space="preserve">4 </w:t>
    </w:r>
    <w:r>
      <w:rPr>
        <w:b/>
        <w:i/>
        <w:sz w:val="24"/>
        <w:szCs w:val="24"/>
      </w:rPr>
      <w:t>Juni</w:t>
    </w:r>
    <w:r>
      <w:rPr>
        <w:b/>
        <w:i/>
        <w:sz w:val="24"/>
        <w:szCs w:val="24"/>
        <w:lang w:val="id-ID"/>
      </w:rPr>
      <w:t xml:space="preserve"> 20</w:t>
    </w:r>
    <w:r>
      <w:rPr>
        <w:b/>
        <w:i/>
        <w:sz w:val="24"/>
        <w:szCs w:val="24"/>
      </w:rPr>
      <w:t>25</w:t>
    </w:r>
    <w:r>
      <w:rPr>
        <w:b/>
        <w:i/>
        <w:sz w:val="24"/>
        <w:szCs w:val="24"/>
        <w:lang w:val="id-ID"/>
      </w:rPr>
      <w:t xml:space="preserve">, </w:t>
    </w:r>
    <w:proofErr w:type="spellStart"/>
    <w:r>
      <w:rPr>
        <w:b/>
        <w:i/>
        <w:sz w:val="24"/>
        <w:szCs w:val="24"/>
        <w:lang w:val="id-ID"/>
      </w:rPr>
      <w:t>Vol</w:t>
    </w:r>
    <w:proofErr w:type="spellEnd"/>
    <w:r>
      <w:rPr>
        <w:b/>
        <w:i/>
        <w:sz w:val="24"/>
        <w:szCs w:val="24"/>
        <w:lang w:val="id-ID"/>
      </w:rPr>
      <w:t xml:space="preserve"> 1, No.</w:t>
    </w:r>
    <w:r>
      <w:rPr>
        <w:b/>
        <w:i/>
        <w:sz w:val="24"/>
        <w:szCs w:val="24"/>
      </w:rPr>
      <w:t>2</w:t>
    </w:r>
    <w:r w:rsidRPr="008E6CD8">
      <w:rPr>
        <w:b/>
        <w:i/>
        <w:sz w:val="24"/>
        <w:szCs w:val="24"/>
        <w:lang w:val="id-ID"/>
      </w:rPr>
      <w:t xml:space="preserve"> ISSN</w:t>
    </w:r>
    <w:r>
      <w:rPr>
        <w:b/>
        <w:i/>
        <w:sz w:val="24"/>
        <w:szCs w:val="24"/>
        <w:lang w:val="id-ID"/>
      </w:rPr>
      <w:t>:2581 – 267X</w:t>
    </w:r>
  </w:p>
  <w:p w14:paraId="59060CB7" w14:textId="77777777" w:rsidR="008B3216" w:rsidRPr="00097420" w:rsidRDefault="008B3216" w:rsidP="008B3216">
    <w:pPr>
      <w:pStyle w:val="Header"/>
    </w:pPr>
    <w:r w:rsidRPr="00D651EE">
      <w:rPr>
        <w:noProof/>
      </w:rPr>
      <mc:AlternateContent>
        <mc:Choice Requires="wps">
          <w:drawing>
            <wp:anchor distT="0" distB="0" distL="114300" distR="114300" simplePos="0" relativeHeight="251656192" behindDoc="0" locked="0" layoutInCell="1" allowOverlap="1" wp14:anchorId="5822B87F" wp14:editId="3A76E6F7">
              <wp:simplePos x="0" y="0"/>
              <wp:positionH relativeFrom="column">
                <wp:posOffset>-11430</wp:posOffset>
              </wp:positionH>
              <wp:positionV relativeFrom="paragraph">
                <wp:posOffset>70485</wp:posOffset>
              </wp:positionV>
              <wp:extent cx="5314950" cy="45719"/>
              <wp:effectExtent l="0" t="0" r="0" b="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314950" cy="45719"/>
                      </a:xfrm>
                      <a:prstGeom prst="rect">
                        <a:avLst/>
                      </a:prstGeom>
                      <a:solidFill>
                        <a:srgbClr val="243F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94D5D7" id="Rectangle 11" o:spid="_x0000_s1026" style="position:absolute;margin-left:-.9pt;margin-top:5.55pt;width:418.5pt;height:3.6pt;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" fillcolor="#243f60" stroked="f"/>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E0F0D" w14:textId="05F61D81" w:rsidR="00097420" w:rsidRPr="008E6CD8" w:rsidRDefault="00097420" w:rsidP="00097420">
    <w:pPr>
      <w:pStyle w:val="Header"/>
      <w:jc w:val="right"/>
      <w:rPr>
        <w:b/>
        <w:i/>
        <w:sz w:val="24"/>
        <w:szCs w:val="24"/>
        <w:lang w:val="id-ID"/>
      </w:rPr>
    </w:pPr>
    <w:r w:rsidRPr="008E6CD8">
      <w:rPr>
        <w:b/>
        <w:i/>
        <w:sz w:val="24"/>
        <w:szCs w:val="24"/>
        <w:lang w:val="id-ID"/>
      </w:rPr>
      <w:t>Pro</w:t>
    </w:r>
    <w:r w:rsidR="00355FA1">
      <w:rPr>
        <w:b/>
        <w:i/>
        <w:sz w:val="24"/>
        <w:szCs w:val="24"/>
      </w:rPr>
      <w:t>s</w:t>
    </w:r>
    <w:r w:rsidRPr="008E6CD8">
      <w:rPr>
        <w:b/>
        <w:i/>
        <w:sz w:val="24"/>
        <w:szCs w:val="24"/>
        <w:lang w:val="id-ID"/>
      </w:rPr>
      <w:t>i</w:t>
    </w:r>
    <w:r w:rsidR="00355FA1">
      <w:rPr>
        <w:b/>
        <w:i/>
        <w:sz w:val="24"/>
        <w:szCs w:val="24"/>
      </w:rPr>
      <w:t>d</w:t>
    </w:r>
    <w:proofErr w:type="spellStart"/>
    <w:r w:rsidRPr="008E6CD8">
      <w:rPr>
        <w:b/>
        <w:i/>
        <w:sz w:val="24"/>
        <w:szCs w:val="24"/>
        <w:lang w:val="id-ID"/>
      </w:rPr>
      <w:t>ing</w:t>
    </w:r>
    <w:proofErr w:type="spellEnd"/>
    <w:r w:rsidRPr="008E6CD8">
      <w:rPr>
        <w:b/>
        <w:i/>
        <w:sz w:val="24"/>
        <w:szCs w:val="24"/>
        <w:lang w:val="id-ID"/>
      </w:rPr>
      <w:t xml:space="preserve"> </w:t>
    </w:r>
    <w:proofErr w:type="spellStart"/>
    <w:r w:rsidRPr="008E6CD8">
      <w:rPr>
        <w:b/>
        <w:i/>
        <w:sz w:val="24"/>
        <w:szCs w:val="24"/>
        <w:lang w:val="id-ID"/>
      </w:rPr>
      <w:t>Semnas</w:t>
    </w:r>
    <w:proofErr w:type="spellEnd"/>
    <w:r w:rsidRPr="008E6CD8">
      <w:rPr>
        <w:b/>
        <w:i/>
        <w:sz w:val="24"/>
        <w:szCs w:val="24"/>
        <w:lang w:val="id-ID"/>
      </w:rPr>
      <w:t xml:space="preserve"> </w:t>
    </w:r>
    <w:r>
      <w:rPr>
        <w:b/>
        <w:i/>
        <w:sz w:val="24"/>
        <w:szCs w:val="24"/>
      </w:rPr>
      <w:t>202</w:t>
    </w:r>
    <w:r w:rsidR="008B1075">
      <w:rPr>
        <w:b/>
        <w:i/>
        <w:sz w:val="24"/>
        <w:szCs w:val="24"/>
      </w:rPr>
      <w:t>6</w:t>
    </w:r>
    <w:r>
      <w:rPr>
        <w:b/>
        <w:i/>
        <w:sz w:val="24"/>
        <w:szCs w:val="24"/>
      </w:rPr>
      <w:t xml:space="preserve"> </w:t>
    </w:r>
    <w:r w:rsidR="008B1075">
      <w:rPr>
        <w:b/>
        <w:i/>
        <w:sz w:val="24"/>
        <w:szCs w:val="24"/>
        <w:lang w:val="id-ID"/>
      </w:rPr>
      <w:t>Institut Teknologi dan Bisnis Riau Pesisir</w:t>
    </w:r>
  </w:p>
  <w:p w14:paraId="421420FE" w14:textId="49E072EA" w:rsidR="00097420" w:rsidRPr="008E6CD8" w:rsidRDefault="00097420" w:rsidP="00097420">
    <w:pPr>
      <w:pStyle w:val="Header"/>
      <w:jc w:val="right"/>
      <w:rPr>
        <w:b/>
        <w:i/>
        <w:sz w:val="24"/>
        <w:szCs w:val="24"/>
        <w:lang w:val="id-ID"/>
      </w:rPr>
    </w:pPr>
    <w:r w:rsidRPr="008E6CD8">
      <w:rPr>
        <w:b/>
        <w:i/>
        <w:sz w:val="24"/>
        <w:szCs w:val="24"/>
        <w:lang w:val="id-ID"/>
      </w:rPr>
      <w:t>Dumai,</w:t>
    </w:r>
    <w:r>
      <w:rPr>
        <w:b/>
        <w:i/>
        <w:sz w:val="24"/>
        <w:szCs w:val="24"/>
        <w:lang w:val="id-ID"/>
      </w:rPr>
      <w:t xml:space="preserve"> </w:t>
    </w:r>
    <w:r>
      <w:rPr>
        <w:b/>
        <w:i/>
        <w:sz w:val="24"/>
        <w:szCs w:val="24"/>
      </w:rPr>
      <w:t>2</w:t>
    </w:r>
    <w:r w:rsidR="008B1075">
      <w:rPr>
        <w:b/>
        <w:i/>
        <w:sz w:val="24"/>
        <w:szCs w:val="24"/>
        <w:lang w:val="id-ID"/>
      </w:rPr>
      <w:t>7 Juli</w:t>
    </w:r>
    <w:r>
      <w:rPr>
        <w:b/>
        <w:i/>
        <w:sz w:val="24"/>
        <w:szCs w:val="24"/>
        <w:lang w:val="id-ID"/>
      </w:rPr>
      <w:t xml:space="preserve"> 20</w:t>
    </w:r>
    <w:r>
      <w:rPr>
        <w:b/>
        <w:i/>
        <w:sz w:val="24"/>
        <w:szCs w:val="24"/>
      </w:rPr>
      <w:t>2</w:t>
    </w:r>
    <w:r w:rsidR="008B1075">
      <w:rPr>
        <w:b/>
        <w:i/>
        <w:sz w:val="24"/>
        <w:szCs w:val="24"/>
      </w:rPr>
      <w:t>6</w:t>
    </w:r>
    <w:r>
      <w:rPr>
        <w:b/>
        <w:i/>
        <w:sz w:val="24"/>
        <w:szCs w:val="24"/>
        <w:lang w:val="id-ID"/>
      </w:rPr>
      <w:t xml:space="preserve">, </w:t>
    </w:r>
    <w:proofErr w:type="spellStart"/>
    <w:r>
      <w:rPr>
        <w:b/>
        <w:i/>
        <w:sz w:val="24"/>
        <w:szCs w:val="24"/>
        <w:lang w:val="id-ID"/>
      </w:rPr>
      <w:t>Vol</w:t>
    </w:r>
    <w:proofErr w:type="spellEnd"/>
    <w:r>
      <w:rPr>
        <w:b/>
        <w:i/>
        <w:sz w:val="24"/>
        <w:szCs w:val="24"/>
        <w:lang w:val="id-ID"/>
      </w:rPr>
      <w:t xml:space="preserve"> </w:t>
    </w:r>
    <w:r w:rsidR="008B1075">
      <w:rPr>
        <w:b/>
        <w:i/>
        <w:sz w:val="24"/>
        <w:szCs w:val="24"/>
        <w:lang w:val="id-ID"/>
      </w:rPr>
      <w:t>2</w:t>
    </w:r>
    <w:r>
      <w:rPr>
        <w:b/>
        <w:i/>
        <w:sz w:val="24"/>
        <w:szCs w:val="24"/>
        <w:lang w:val="id-ID"/>
      </w:rPr>
      <w:t>, No.</w:t>
    </w:r>
    <w:r w:rsidR="008B1075">
      <w:rPr>
        <w:b/>
        <w:i/>
        <w:sz w:val="24"/>
        <w:szCs w:val="24"/>
      </w:rPr>
      <w:t>1</w:t>
    </w:r>
    <w:r w:rsidRPr="008E6CD8">
      <w:rPr>
        <w:b/>
        <w:i/>
        <w:sz w:val="24"/>
        <w:szCs w:val="24"/>
        <w:lang w:val="id-ID"/>
      </w:rPr>
      <w:t xml:space="preserve"> ISSN</w:t>
    </w:r>
    <w:r>
      <w:rPr>
        <w:b/>
        <w:i/>
        <w:sz w:val="24"/>
        <w:szCs w:val="24"/>
        <w:lang w:val="id-ID"/>
      </w:rPr>
      <w:t>:2581 – 267X</w:t>
    </w:r>
  </w:p>
  <w:p w14:paraId="72E5A389" w14:textId="62F13264" w:rsidR="00D4037D" w:rsidRPr="00097420" w:rsidRDefault="00097420" w:rsidP="00BC6EBC">
    <w:pPr>
      <w:pStyle w:val="Header"/>
      <w:tabs>
        <w:tab w:val="left" w:pos="8080"/>
      </w:tabs>
      <w:ind w:right="191"/>
    </w:pPr>
    <w:r w:rsidRPr="00D651EE">
      <w:rPr>
        <w:noProof/>
      </w:rPr>
      <mc:AlternateContent>
        <mc:Choice Requires="wps">
          <w:drawing>
            <wp:anchor distT="0" distB="0" distL="114300" distR="114300" simplePos="0" relativeHeight="251696640" behindDoc="0" locked="0" layoutInCell="1" allowOverlap="1" wp14:anchorId="2FC12390" wp14:editId="3FB095BE">
              <wp:simplePos x="0" y="0"/>
              <wp:positionH relativeFrom="column">
                <wp:posOffset>-11430</wp:posOffset>
              </wp:positionH>
              <wp:positionV relativeFrom="paragraph">
                <wp:posOffset>70485</wp:posOffset>
              </wp:positionV>
              <wp:extent cx="5286375" cy="45719"/>
              <wp:effectExtent l="0" t="0" r="9525"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286375" cy="45719"/>
                      </a:xfrm>
                      <a:prstGeom prst="rect">
                        <a:avLst/>
                      </a:prstGeom>
                      <a:solidFill>
                        <a:srgbClr val="243F6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E9B0E9" id="Rectangle 4" o:spid="_x0000_s1026" style="position:absolute;margin-left:-.9pt;margin-top:5.55pt;width:416.25pt;height:3.6pt;flip:y;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" fillcolor="#243f60"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AA509F7"/>
    <w:multiLevelType w:val="hybridMultilevel"/>
    <w:tmpl w:val="BA48CE96"/>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0F5D0CE3"/>
    <w:multiLevelType w:val="hybridMultilevel"/>
    <w:tmpl w:val="31C8394C"/>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93B7981"/>
    <w:multiLevelType w:val="hybridMultilevel"/>
    <w:tmpl w:val="8F042AE8"/>
    <w:lvl w:ilvl="0" w:tplc="38090015">
      <w:start w:val="3"/>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37F01F93"/>
    <w:multiLevelType w:val="hybridMultilevel"/>
    <w:tmpl w:val="1DC20F1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7A000D"/>
    <w:multiLevelType w:val="hybridMultilevel"/>
    <w:tmpl w:val="A47482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5B3982"/>
    <w:multiLevelType w:val="hybridMultilevel"/>
    <w:tmpl w:val="8A0210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5E6DFC"/>
    <w:multiLevelType w:val="hybridMultilevel"/>
    <w:tmpl w:val="6190383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4F0343"/>
    <w:multiLevelType w:val="hybridMultilevel"/>
    <w:tmpl w:val="544C7B6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0712541"/>
    <w:multiLevelType w:val="hybridMultilevel"/>
    <w:tmpl w:val="2C24A57C"/>
    <w:lvl w:ilvl="0" w:tplc="38090019">
      <w:start w:val="4"/>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68612E24"/>
    <w:multiLevelType w:val="hybridMultilevel"/>
    <w:tmpl w:val="6190383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6B791A"/>
    <w:multiLevelType w:val="hybridMultilevel"/>
    <w:tmpl w:val="513CC82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5248661">
    <w:abstractNumId w:val="8"/>
  </w:num>
  <w:num w:numId="2" w16cid:durableId="767194632">
    <w:abstractNumId w:val="6"/>
  </w:num>
  <w:num w:numId="3" w16cid:durableId="1071581020">
    <w:abstractNumId w:val="5"/>
  </w:num>
  <w:num w:numId="4" w16cid:durableId="2108886486">
    <w:abstractNumId w:val="4"/>
  </w:num>
  <w:num w:numId="5" w16cid:durableId="782767311">
    <w:abstractNumId w:val="7"/>
  </w:num>
  <w:num w:numId="6" w16cid:durableId="889344550">
    <w:abstractNumId w:val="3"/>
  </w:num>
  <w:num w:numId="7" w16cid:durableId="679896119">
    <w:abstractNumId w:val="2"/>
  </w:num>
  <w:num w:numId="8" w16cid:durableId="1483615850">
    <w:abstractNumId w:val="1"/>
  </w:num>
  <w:num w:numId="9" w16cid:durableId="723409730">
    <w:abstractNumId w:val="0"/>
  </w:num>
  <w:num w:numId="10" w16cid:durableId="1736470725">
    <w:abstractNumId w:val="16"/>
  </w:num>
  <w:num w:numId="11" w16cid:durableId="349575668">
    <w:abstractNumId w:val="13"/>
  </w:num>
  <w:num w:numId="12" w16cid:durableId="758716351">
    <w:abstractNumId w:val="14"/>
  </w:num>
  <w:num w:numId="13" w16cid:durableId="1627849745">
    <w:abstractNumId w:val="15"/>
  </w:num>
  <w:num w:numId="14" w16cid:durableId="1342127918">
    <w:abstractNumId w:val="18"/>
  </w:num>
  <w:num w:numId="15" w16cid:durableId="530533130">
    <w:abstractNumId w:val="19"/>
  </w:num>
  <w:num w:numId="16" w16cid:durableId="1312834671">
    <w:abstractNumId w:val="12"/>
  </w:num>
  <w:num w:numId="17" w16cid:durableId="643504472">
    <w:abstractNumId w:val="10"/>
  </w:num>
  <w:num w:numId="18" w16cid:durableId="1632206242">
    <w:abstractNumId w:val="17"/>
  </w:num>
  <w:num w:numId="19" w16cid:durableId="89550855">
    <w:abstractNumId w:val="9"/>
  </w:num>
  <w:num w:numId="20" w16cid:durableId="11790093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710D"/>
    <w:rsid w:val="00014559"/>
    <w:rsid w:val="00020B16"/>
    <w:rsid w:val="00034616"/>
    <w:rsid w:val="00041E1C"/>
    <w:rsid w:val="00055C64"/>
    <w:rsid w:val="0006063C"/>
    <w:rsid w:val="00075DB6"/>
    <w:rsid w:val="000914A0"/>
    <w:rsid w:val="00097420"/>
    <w:rsid w:val="000A154E"/>
    <w:rsid w:val="000B7B6F"/>
    <w:rsid w:val="000F63C3"/>
    <w:rsid w:val="0015074B"/>
    <w:rsid w:val="00164734"/>
    <w:rsid w:val="0017632C"/>
    <w:rsid w:val="0017712D"/>
    <w:rsid w:val="002069F7"/>
    <w:rsid w:val="0022165C"/>
    <w:rsid w:val="00241411"/>
    <w:rsid w:val="00251BC0"/>
    <w:rsid w:val="0029639D"/>
    <w:rsid w:val="002A6122"/>
    <w:rsid w:val="002D7100"/>
    <w:rsid w:val="002F665F"/>
    <w:rsid w:val="00326F90"/>
    <w:rsid w:val="00340F4E"/>
    <w:rsid w:val="00342692"/>
    <w:rsid w:val="00355FA1"/>
    <w:rsid w:val="00357A15"/>
    <w:rsid w:val="0038581A"/>
    <w:rsid w:val="003E64A5"/>
    <w:rsid w:val="003E788A"/>
    <w:rsid w:val="00403B5C"/>
    <w:rsid w:val="004149CE"/>
    <w:rsid w:val="00423DA2"/>
    <w:rsid w:val="004656C6"/>
    <w:rsid w:val="00474A3F"/>
    <w:rsid w:val="00491AB1"/>
    <w:rsid w:val="004C001D"/>
    <w:rsid w:val="004C2D10"/>
    <w:rsid w:val="0053062F"/>
    <w:rsid w:val="0057039C"/>
    <w:rsid w:val="00581ABD"/>
    <w:rsid w:val="00595162"/>
    <w:rsid w:val="005A27EB"/>
    <w:rsid w:val="005C1B18"/>
    <w:rsid w:val="005D0B4C"/>
    <w:rsid w:val="005F603D"/>
    <w:rsid w:val="005F694E"/>
    <w:rsid w:val="00607B24"/>
    <w:rsid w:val="00617921"/>
    <w:rsid w:val="006271EF"/>
    <w:rsid w:val="0063339C"/>
    <w:rsid w:val="00651D29"/>
    <w:rsid w:val="00656A2F"/>
    <w:rsid w:val="00662FE9"/>
    <w:rsid w:val="006667B0"/>
    <w:rsid w:val="006C2004"/>
    <w:rsid w:val="006C5C7A"/>
    <w:rsid w:val="006D4574"/>
    <w:rsid w:val="006E5BB4"/>
    <w:rsid w:val="00704F96"/>
    <w:rsid w:val="007206E1"/>
    <w:rsid w:val="00726A61"/>
    <w:rsid w:val="0073529C"/>
    <w:rsid w:val="007709A3"/>
    <w:rsid w:val="00781DD8"/>
    <w:rsid w:val="0078497B"/>
    <w:rsid w:val="00790946"/>
    <w:rsid w:val="00791D9F"/>
    <w:rsid w:val="00792FE9"/>
    <w:rsid w:val="007C3734"/>
    <w:rsid w:val="007D5E61"/>
    <w:rsid w:val="007F349D"/>
    <w:rsid w:val="007F5665"/>
    <w:rsid w:val="00812FB2"/>
    <w:rsid w:val="00817D75"/>
    <w:rsid w:val="008560E2"/>
    <w:rsid w:val="008600A1"/>
    <w:rsid w:val="008715C5"/>
    <w:rsid w:val="0087362C"/>
    <w:rsid w:val="0088266F"/>
    <w:rsid w:val="008831C4"/>
    <w:rsid w:val="008922C0"/>
    <w:rsid w:val="008B1075"/>
    <w:rsid w:val="008B3216"/>
    <w:rsid w:val="008C7649"/>
    <w:rsid w:val="00984281"/>
    <w:rsid w:val="0098538D"/>
    <w:rsid w:val="0099042A"/>
    <w:rsid w:val="009A2A5E"/>
    <w:rsid w:val="009B1C8B"/>
    <w:rsid w:val="009B619E"/>
    <w:rsid w:val="009D07A8"/>
    <w:rsid w:val="009F0848"/>
    <w:rsid w:val="009F14DE"/>
    <w:rsid w:val="00A15B5C"/>
    <w:rsid w:val="00A301C0"/>
    <w:rsid w:val="00A50A49"/>
    <w:rsid w:val="00A50F87"/>
    <w:rsid w:val="00A80533"/>
    <w:rsid w:val="00A80A79"/>
    <w:rsid w:val="00A94056"/>
    <w:rsid w:val="00A970EF"/>
    <w:rsid w:val="00AA1D8D"/>
    <w:rsid w:val="00AB4ADB"/>
    <w:rsid w:val="00AD44E6"/>
    <w:rsid w:val="00B40C77"/>
    <w:rsid w:val="00B47730"/>
    <w:rsid w:val="00B53CB4"/>
    <w:rsid w:val="00B56B78"/>
    <w:rsid w:val="00B65D6F"/>
    <w:rsid w:val="00B727CF"/>
    <w:rsid w:val="00B8275F"/>
    <w:rsid w:val="00B843CC"/>
    <w:rsid w:val="00B908DB"/>
    <w:rsid w:val="00B935CF"/>
    <w:rsid w:val="00BB66B7"/>
    <w:rsid w:val="00BC6EBC"/>
    <w:rsid w:val="00BD0CCC"/>
    <w:rsid w:val="00BD5240"/>
    <w:rsid w:val="00BE65E8"/>
    <w:rsid w:val="00BF5CEC"/>
    <w:rsid w:val="00C07479"/>
    <w:rsid w:val="00C135C1"/>
    <w:rsid w:val="00C13C43"/>
    <w:rsid w:val="00C42484"/>
    <w:rsid w:val="00C46553"/>
    <w:rsid w:val="00C66791"/>
    <w:rsid w:val="00CA2AAD"/>
    <w:rsid w:val="00CB0664"/>
    <w:rsid w:val="00CC439C"/>
    <w:rsid w:val="00CD48FA"/>
    <w:rsid w:val="00D20F65"/>
    <w:rsid w:val="00D2776B"/>
    <w:rsid w:val="00D30EAA"/>
    <w:rsid w:val="00D326D0"/>
    <w:rsid w:val="00D4037D"/>
    <w:rsid w:val="00D41E3E"/>
    <w:rsid w:val="00D52320"/>
    <w:rsid w:val="00D6160E"/>
    <w:rsid w:val="00D64C6B"/>
    <w:rsid w:val="00D8673C"/>
    <w:rsid w:val="00DA1C19"/>
    <w:rsid w:val="00DB0CF2"/>
    <w:rsid w:val="00DC7C6E"/>
    <w:rsid w:val="00DF4617"/>
    <w:rsid w:val="00E02147"/>
    <w:rsid w:val="00E25647"/>
    <w:rsid w:val="00E8369D"/>
    <w:rsid w:val="00EA496D"/>
    <w:rsid w:val="00EC1210"/>
    <w:rsid w:val="00ED0E1F"/>
    <w:rsid w:val="00EE44E0"/>
    <w:rsid w:val="00EE6CFB"/>
    <w:rsid w:val="00EF6076"/>
    <w:rsid w:val="00F13599"/>
    <w:rsid w:val="00F2287E"/>
    <w:rsid w:val="00F67734"/>
    <w:rsid w:val="00F75D63"/>
    <w:rsid w:val="00F841FD"/>
    <w:rsid w:val="00F9063D"/>
    <w:rsid w:val="00F96BBC"/>
    <w:rsid w:val="00FA5198"/>
    <w:rsid w:val="00FA6E70"/>
    <w:rsid w:val="00FB45B8"/>
    <w:rsid w:val="00FC1BFF"/>
    <w:rsid w:val="00FC693F"/>
    <w:rsid w:val="00FE369C"/>
    <w:rsid w:val="00FF191E"/>
    <w:rsid w:val="00FF4E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D57A273"/>
  <w14:defaultImageDpi w14:val="300"/>
  <w15:docId w15:val="{A6A2E820-AF98-4156-8360-3157DCF0D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C77"/>
  </w:style>
  <w:style w:type="paragraph" w:styleId="Heading1">
    <w:name w:val="heading 1"/>
    <w:basedOn w:val="Normal"/>
    <w:next w:val="Normal"/>
    <w:link w:val="Heading1Char"/>
    <w:uiPriority w:val="9"/>
    <w:qFormat/>
    <w:rsid w:val="00B40C77"/>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40C77"/>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40C77"/>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semiHidden/>
    <w:unhideWhenUsed/>
    <w:qFormat/>
    <w:rsid w:val="00B40C77"/>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40C77"/>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B40C77"/>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B40C77"/>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semiHidden/>
    <w:unhideWhenUsed/>
    <w:qFormat/>
    <w:rsid w:val="00B40C77"/>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B40C77"/>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B40C77"/>
    <w:pPr>
      <w:spacing w:after="0" w:line="240" w:lineRule="auto"/>
    </w:pPr>
  </w:style>
  <w:style w:type="character" w:customStyle="1" w:styleId="Heading1Char">
    <w:name w:val="Heading 1 Char"/>
    <w:basedOn w:val="DefaultParagraphFont"/>
    <w:link w:val="Heading1"/>
    <w:uiPriority w:val="9"/>
    <w:rsid w:val="00B40C77"/>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B40C77"/>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40C77"/>
    <w:rPr>
      <w:rFonts w:asciiTheme="majorHAnsi" w:eastAsiaTheme="majorEastAsia" w:hAnsiTheme="majorHAnsi" w:cstheme="majorBidi"/>
      <w:color w:val="1F497D" w:themeColor="text2"/>
      <w:sz w:val="24"/>
      <w:szCs w:val="24"/>
    </w:rPr>
  </w:style>
  <w:style w:type="paragraph" w:styleId="Title">
    <w:name w:val="Title"/>
    <w:basedOn w:val="Normal"/>
    <w:next w:val="Normal"/>
    <w:link w:val="TitleChar"/>
    <w:uiPriority w:val="10"/>
    <w:qFormat/>
    <w:rsid w:val="00B40C77"/>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40C77"/>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40C77"/>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40C77"/>
    <w:rPr>
      <w:rFonts w:asciiTheme="majorHAnsi" w:eastAsiaTheme="majorEastAsia" w:hAnsiTheme="majorHAnsi" w:cstheme="majorBidi"/>
      <w:sz w:val="24"/>
      <w:szCs w:val="24"/>
    </w:rPr>
  </w:style>
  <w:style w:type="paragraph" w:styleId="ListParagraph">
    <w:name w:val="List Paragraph"/>
    <w:aliases w:val="Paragraf ISI,Body of text,Body of text1,Body of text2,Body of text3,Body of text4,Title Proposal,Body of text+1,Body of text+2,Body of text+3,List Paragraph11,List Paragraph1,Medium Grid 1 - Accent 21"/>
    <w:basedOn w:val="Normal"/>
    <w:link w:val="ListParagraphChar"/>
    <w:uiPriority w:val="34"/>
    <w:qFormat/>
    <w:rsid w:val="00FC693F"/>
    <w:pPr>
      <w:ind w:left="720"/>
      <w:contextualSpacing/>
    </w:pPr>
  </w:style>
  <w:style w:type="paragraph" w:styleId="BodyText">
    <w:name w:val="Body Text"/>
    <w:basedOn w:val="Normal"/>
    <w:link w:val="BodyTextChar"/>
    <w:uiPriority w:val="99"/>
    <w:unhideWhenUsed/>
    <w:rsid w:val="00AA1D8D"/>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ind w:left="360"/>
      <w:contextualSpacing/>
    </w:pPr>
  </w:style>
  <w:style w:type="paragraph" w:styleId="ListContinue2">
    <w:name w:val="List Continue 2"/>
    <w:basedOn w:val="Normal"/>
    <w:uiPriority w:val="99"/>
    <w:unhideWhenUsed/>
    <w:rsid w:val="0029639D"/>
    <w:pPr>
      <w:ind w:left="720"/>
      <w:contextualSpacing/>
    </w:pPr>
  </w:style>
  <w:style w:type="paragraph" w:styleId="ListContinue3">
    <w:name w:val="List Continue 3"/>
    <w:basedOn w:val="Normal"/>
    <w:uiPriority w:val="99"/>
    <w:unhideWhenUsed/>
    <w:rsid w:val="0029639D"/>
    <w:pPr>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B40C77"/>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40C77"/>
    <w:rPr>
      <w:i/>
      <w:iCs/>
      <w:color w:val="404040" w:themeColor="text1" w:themeTint="BF"/>
    </w:rPr>
  </w:style>
  <w:style w:type="character" w:customStyle="1" w:styleId="Heading4Char">
    <w:name w:val="Heading 4 Char"/>
    <w:basedOn w:val="DefaultParagraphFont"/>
    <w:link w:val="Heading4"/>
    <w:uiPriority w:val="9"/>
    <w:semiHidden/>
    <w:rsid w:val="00B40C77"/>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40C77"/>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B40C77"/>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B40C77"/>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semiHidden/>
    <w:rsid w:val="00B40C77"/>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B40C77"/>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40C77"/>
    <w:pPr>
      <w:spacing w:line="240" w:lineRule="auto"/>
    </w:pPr>
    <w:rPr>
      <w:b/>
      <w:bCs/>
      <w:smallCaps/>
      <w:color w:val="595959" w:themeColor="text1" w:themeTint="A6"/>
      <w:spacing w:val="6"/>
    </w:rPr>
  </w:style>
  <w:style w:type="character" w:styleId="Strong">
    <w:name w:val="Strong"/>
    <w:basedOn w:val="DefaultParagraphFont"/>
    <w:uiPriority w:val="22"/>
    <w:qFormat/>
    <w:rsid w:val="00B40C77"/>
    <w:rPr>
      <w:b/>
      <w:bCs/>
    </w:rPr>
  </w:style>
  <w:style w:type="character" w:styleId="Emphasis">
    <w:name w:val="Emphasis"/>
    <w:basedOn w:val="DefaultParagraphFont"/>
    <w:uiPriority w:val="20"/>
    <w:qFormat/>
    <w:rsid w:val="00B40C77"/>
    <w:rPr>
      <w:i/>
      <w:iCs/>
    </w:rPr>
  </w:style>
  <w:style w:type="paragraph" w:styleId="IntenseQuote">
    <w:name w:val="Intense Quote"/>
    <w:basedOn w:val="Normal"/>
    <w:next w:val="Normal"/>
    <w:link w:val="IntenseQuoteChar"/>
    <w:uiPriority w:val="30"/>
    <w:qFormat/>
    <w:rsid w:val="00B40C77"/>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40C77"/>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40C77"/>
    <w:rPr>
      <w:i/>
      <w:iCs/>
      <w:color w:val="404040" w:themeColor="text1" w:themeTint="BF"/>
    </w:rPr>
  </w:style>
  <w:style w:type="character" w:styleId="IntenseEmphasis">
    <w:name w:val="Intense Emphasis"/>
    <w:basedOn w:val="DefaultParagraphFont"/>
    <w:uiPriority w:val="21"/>
    <w:qFormat/>
    <w:rsid w:val="00B40C77"/>
    <w:rPr>
      <w:b/>
      <w:bCs/>
      <w:i/>
      <w:iCs/>
    </w:rPr>
  </w:style>
  <w:style w:type="character" w:styleId="SubtleReference">
    <w:name w:val="Subtle Reference"/>
    <w:basedOn w:val="DefaultParagraphFont"/>
    <w:uiPriority w:val="31"/>
    <w:qFormat/>
    <w:rsid w:val="00B40C77"/>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40C77"/>
    <w:rPr>
      <w:b/>
      <w:bCs/>
      <w:smallCaps/>
      <w:spacing w:val="5"/>
      <w:u w:val="single"/>
    </w:rPr>
  </w:style>
  <w:style w:type="character" w:styleId="BookTitle">
    <w:name w:val="Book Title"/>
    <w:basedOn w:val="DefaultParagraphFont"/>
    <w:uiPriority w:val="33"/>
    <w:qFormat/>
    <w:rsid w:val="00B40C77"/>
    <w:rPr>
      <w:b/>
      <w:bCs/>
      <w:smallCaps/>
    </w:rPr>
  </w:style>
  <w:style w:type="paragraph" w:styleId="TOCHeading">
    <w:name w:val="TOC Heading"/>
    <w:basedOn w:val="Heading1"/>
    <w:next w:val="Normal"/>
    <w:uiPriority w:val="39"/>
    <w:semiHidden/>
    <w:unhideWhenUsed/>
    <w:qFormat/>
    <w:rsid w:val="00B40C77"/>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ListParagraphChar">
    <w:name w:val="List Paragraph Char"/>
    <w:aliases w:val="Paragraf ISI Char,Body of text Char,Body of text1 Char,Body of text2 Char,Body of text3 Char,Body of text4 Char,Title Proposal Char,Body of text+1 Char,Body of text+2 Char,Body of text+3 Char,List Paragraph11 Char"/>
    <w:link w:val="ListParagraph"/>
    <w:uiPriority w:val="34"/>
    <w:locked/>
    <w:rsid w:val="00A94056"/>
  </w:style>
  <w:style w:type="character" w:styleId="Hyperlink">
    <w:name w:val="Hyperlink"/>
    <w:basedOn w:val="DefaultParagraphFont"/>
    <w:uiPriority w:val="99"/>
    <w:unhideWhenUsed/>
    <w:rsid w:val="00F9063D"/>
    <w:rPr>
      <w:color w:val="0000FF" w:themeColor="hyperlink"/>
      <w:u w:val="single"/>
    </w:rPr>
  </w:style>
  <w:style w:type="character" w:styleId="UnresolvedMention">
    <w:name w:val="Unresolved Mention"/>
    <w:basedOn w:val="DefaultParagraphFont"/>
    <w:uiPriority w:val="99"/>
    <w:semiHidden/>
    <w:unhideWhenUsed/>
    <w:rsid w:val="00097420"/>
    <w:rPr>
      <w:color w:val="605E5C"/>
      <w:shd w:val="clear" w:color="auto" w:fill="E1DFDD"/>
    </w:rPr>
  </w:style>
  <w:style w:type="character" w:styleId="FollowedHyperlink">
    <w:name w:val="FollowedHyperlink"/>
    <w:basedOn w:val="DefaultParagraphFont"/>
    <w:uiPriority w:val="99"/>
    <w:semiHidden/>
    <w:unhideWhenUsed/>
    <w:rsid w:val="008B10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735671">
      <w:bodyDiv w:val="1"/>
      <w:marLeft w:val="0"/>
      <w:marRight w:val="0"/>
      <w:marTop w:val="0"/>
      <w:marBottom w:val="0"/>
      <w:divBdr>
        <w:top w:val="none" w:sz="0" w:space="0" w:color="auto"/>
        <w:left w:val="none" w:sz="0" w:space="0" w:color="auto"/>
        <w:bottom w:val="none" w:sz="0" w:space="0" w:color="auto"/>
        <w:right w:val="none" w:sz="0" w:space="0" w:color="auto"/>
      </w:divBdr>
    </w:div>
    <w:div w:id="286813297">
      <w:bodyDiv w:val="1"/>
      <w:marLeft w:val="0"/>
      <w:marRight w:val="0"/>
      <w:marTop w:val="0"/>
      <w:marBottom w:val="0"/>
      <w:divBdr>
        <w:top w:val="none" w:sz="0" w:space="0" w:color="auto"/>
        <w:left w:val="none" w:sz="0" w:space="0" w:color="auto"/>
        <w:bottom w:val="none" w:sz="0" w:space="0" w:color="auto"/>
        <w:right w:val="none" w:sz="0" w:space="0" w:color="auto"/>
      </w:divBdr>
    </w:div>
    <w:div w:id="342248356">
      <w:bodyDiv w:val="1"/>
      <w:marLeft w:val="0"/>
      <w:marRight w:val="0"/>
      <w:marTop w:val="0"/>
      <w:marBottom w:val="0"/>
      <w:divBdr>
        <w:top w:val="none" w:sz="0" w:space="0" w:color="auto"/>
        <w:left w:val="none" w:sz="0" w:space="0" w:color="auto"/>
        <w:bottom w:val="none" w:sz="0" w:space="0" w:color="auto"/>
        <w:right w:val="none" w:sz="0" w:space="0" w:color="auto"/>
      </w:divBdr>
    </w:div>
    <w:div w:id="715130199">
      <w:bodyDiv w:val="1"/>
      <w:marLeft w:val="0"/>
      <w:marRight w:val="0"/>
      <w:marTop w:val="0"/>
      <w:marBottom w:val="0"/>
      <w:divBdr>
        <w:top w:val="none" w:sz="0" w:space="0" w:color="auto"/>
        <w:left w:val="none" w:sz="0" w:space="0" w:color="auto"/>
        <w:bottom w:val="none" w:sz="0" w:space="0" w:color="auto"/>
        <w:right w:val="none" w:sz="0" w:space="0" w:color="auto"/>
      </w:divBdr>
    </w:div>
    <w:div w:id="1337685049">
      <w:bodyDiv w:val="1"/>
      <w:marLeft w:val="0"/>
      <w:marRight w:val="0"/>
      <w:marTop w:val="0"/>
      <w:marBottom w:val="0"/>
      <w:divBdr>
        <w:top w:val="none" w:sz="0" w:space="0" w:color="auto"/>
        <w:left w:val="none" w:sz="0" w:space="0" w:color="auto"/>
        <w:bottom w:val="none" w:sz="0" w:space="0" w:color="auto"/>
        <w:right w:val="none" w:sz="0" w:space="0" w:color="auto"/>
      </w:divBdr>
    </w:div>
    <w:div w:id="1613897703">
      <w:bodyDiv w:val="1"/>
      <w:marLeft w:val="0"/>
      <w:marRight w:val="0"/>
      <w:marTop w:val="0"/>
      <w:marBottom w:val="0"/>
      <w:divBdr>
        <w:top w:val="none" w:sz="0" w:space="0" w:color="auto"/>
        <w:left w:val="none" w:sz="0" w:space="0" w:color="auto"/>
        <w:bottom w:val="none" w:sz="0" w:space="0" w:color="auto"/>
        <w:right w:val="none" w:sz="0" w:space="0" w:color="auto"/>
      </w:divBdr>
    </w:div>
    <w:div w:id="1815220190">
      <w:bodyDiv w:val="1"/>
      <w:marLeft w:val="0"/>
      <w:marRight w:val="0"/>
      <w:marTop w:val="0"/>
      <w:marBottom w:val="0"/>
      <w:divBdr>
        <w:top w:val="none" w:sz="0" w:space="0" w:color="auto"/>
        <w:left w:val="none" w:sz="0" w:space="0" w:color="auto"/>
        <w:bottom w:val="none" w:sz="0" w:space="0" w:color="auto"/>
        <w:right w:val="none" w:sz="0" w:space="0" w:color="auto"/>
      </w:divBdr>
    </w:div>
    <w:div w:id="19845045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FE3138B0-D6C6-4443-8E1D-D0E6E87AC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merina</dc:creator>
  <cp:keywords/>
  <dc:description>generated by python-docx</dc:description>
  <cp:lastModifiedBy>Ir. Desyanti M.Kom</cp:lastModifiedBy>
  <cp:revision>3</cp:revision>
  <cp:lastPrinted>2025-07-27T08:53:00Z</cp:lastPrinted>
  <dcterms:created xsi:type="dcterms:W3CDTF">2026-06-20T14:56:00Z</dcterms:created>
  <dcterms:modified xsi:type="dcterms:W3CDTF">2026-06-20T14:57:00Z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6th/7th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4th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Citation Style_1">
    <vt:lpwstr>http://www.zotero.org/styles/ieee</vt:lpwstr>
  </property>
  <property fmtid="{D5CDD505-2E9C-101B-9397-08002B2CF9AE}" pid="24" name="Mendeley Unique User Id_1">
    <vt:lpwstr>5ef6ea0e-183f-3510-8756-8109104e578e</vt:lpwstr>
  </property>
</Properties>
</file>